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18846" w14:textId="32AB14A8" w:rsidR="00687A20" w:rsidRDefault="004459BF">
      <w:pPr>
        <w:jc w:val="center"/>
      </w:pPr>
      <w:r>
        <w:rPr>
          <w:b/>
          <w:sz w:val="26"/>
        </w:rPr>
        <w:t xml:space="preserve">PETROL </w:t>
      </w:r>
      <w:r w:rsidR="00EA4108">
        <w:rPr>
          <w:b/>
          <w:sz w:val="26"/>
        </w:rPr>
        <w:t xml:space="preserve">VE DOĞALGAZ </w:t>
      </w:r>
      <w:r>
        <w:rPr>
          <w:b/>
          <w:sz w:val="26"/>
        </w:rPr>
        <w:t>MÜHENDİSLİĞİ BÖLÜMÜ</w:t>
      </w:r>
    </w:p>
    <w:p w14:paraId="19D5B382" w14:textId="77777777" w:rsidR="00687A20" w:rsidRDefault="004459BF">
      <w:pPr>
        <w:jc w:val="center"/>
      </w:pPr>
      <w:r>
        <w:rPr>
          <w:b/>
          <w:sz w:val="30"/>
        </w:rPr>
        <w:t>ÖDEV, SUNUM VE BİTİRME RAPORU DEĞERLENDİRME RUBRİKLERİ</w:t>
      </w:r>
    </w:p>
    <w:p w14:paraId="3654400B" w14:textId="77777777" w:rsidR="00687A20" w:rsidRDefault="004459BF">
      <w:r>
        <w:rPr>
          <w:b/>
        </w:rPr>
        <w:t xml:space="preserve">Kullanım amacı: </w:t>
      </w:r>
      <w:r>
        <w:t>Öğrenci çalışmalarından doğrudan kanıt üretmek, değerlendirmeyi standartlaştırmak ve program çıktılarının izlenmesine katkı sağlamak. Her rubrik 100 puan üzerinden düzenlenmiştir.</w:t>
      </w:r>
    </w:p>
    <w:p w14:paraId="5929BA37" w14:textId="77777777" w:rsidR="00687A20" w:rsidRDefault="004459BF">
      <w:r>
        <w:t>Performans düzeyleri: 4=Çok İyi, 3=İyi, 2=Geliştirilmeli, 1=Yetersiz. Kriter puanı = (Performans Düzeyi / 4) × Kriter Ağırlığı.</w:t>
      </w:r>
    </w:p>
    <w:p w14:paraId="30D9B01D" w14:textId="77777777" w:rsidR="00687A20" w:rsidRDefault="004459BF">
      <w:pPr>
        <w:pStyle w:val="Heading1"/>
      </w:pPr>
      <w:r>
        <w:t>1. Ödev Değerlendirme Rubriği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37"/>
        <w:gridCol w:w="868"/>
        <w:gridCol w:w="869"/>
        <w:gridCol w:w="1736"/>
        <w:gridCol w:w="1737"/>
        <w:gridCol w:w="867"/>
        <w:gridCol w:w="868"/>
        <w:gridCol w:w="1734"/>
      </w:tblGrid>
      <w:tr w:rsidR="00687A20" w14:paraId="6FDE588F" w14:textId="77777777">
        <w:trPr>
          <w:jc w:val="center"/>
        </w:trPr>
        <w:tc>
          <w:tcPr>
            <w:tcW w:w="2606" w:type="dxa"/>
            <w:gridSpan w:val="2"/>
            <w:shd w:val="clear" w:color="auto" w:fill="D9EAF7"/>
            <w:vAlign w:val="center"/>
          </w:tcPr>
          <w:p w14:paraId="2A462419" w14:textId="77777777" w:rsidR="00687A20" w:rsidRDefault="004459BF">
            <w:r>
              <w:rPr>
                <w:b/>
                <w:sz w:val="14"/>
              </w:rPr>
              <w:t>Ders / Proje</w:t>
            </w:r>
          </w:p>
        </w:tc>
        <w:tc>
          <w:tcPr>
            <w:tcW w:w="2606" w:type="dxa"/>
            <w:gridSpan w:val="2"/>
            <w:shd w:val="clear" w:color="auto" w:fill="D9EAF7"/>
            <w:vAlign w:val="center"/>
          </w:tcPr>
          <w:p w14:paraId="5FE3AB92" w14:textId="77777777" w:rsidR="00687A20" w:rsidRDefault="004459BF">
            <w:r>
              <w:rPr>
                <w:b/>
                <w:sz w:val="14"/>
              </w:rPr>
              <w:t>Öğrenci(ler)</w:t>
            </w:r>
          </w:p>
        </w:tc>
        <w:tc>
          <w:tcPr>
            <w:tcW w:w="2606" w:type="dxa"/>
            <w:gridSpan w:val="2"/>
            <w:shd w:val="clear" w:color="auto" w:fill="D9EAF7"/>
            <w:vAlign w:val="center"/>
          </w:tcPr>
          <w:p w14:paraId="3C39EDBC" w14:textId="77777777" w:rsidR="00687A20" w:rsidRDefault="004459BF">
            <w:r>
              <w:rPr>
                <w:b/>
                <w:sz w:val="14"/>
              </w:rPr>
              <w:t>Değerlendirici</w:t>
            </w:r>
          </w:p>
        </w:tc>
        <w:tc>
          <w:tcPr>
            <w:tcW w:w="2606" w:type="dxa"/>
            <w:gridSpan w:val="2"/>
            <w:shd w:val="clear" w:color="auto" w:fill="D9EAF7"/>
            <w:vAlign w:val="center"/>
          </w:tcPr>
          <w:p w14:paraId="15621C24" w14:textId="77777777" w:rsidR="00687A20" w:rsidRDefault="004459BF">
            <w:r>
              <w:rPr>
                <w:b/>
                <w:sz w:val="14"/>
              </w:rPr>
              <w:t>Tarih</w:t>
            </w:r>
          </w:p>
        </w:tc>
      </w:tr>
      <w:tr w:rsidR="00687A20" w14:paraId="54F1CCB0" w14:textId="77777777">
        <w:trPr>
          <w:jc w:val="center"/>
        </w:trPr>
        <w:tc>
          <w:tcPr>
            <w:tcW w:w="2606" w:type="dxa"/>
            <w:gridSpan w:val="2"/>
            <w:vAlign w:val="center"/>
          </w:tcPr>
          <w:p w14:paraId="3FF84ABA" w14:textId="77777777" w:rsidR="00687A20" w:rsidRDefault="004459BF">
            <w:r>
              <w:rPr>
                <w:sz w:val="14"/>
              </w:rPr>
              <w:t>……………………</w:t>
            </w:r>
          </w:p>
        </w:tc>
        <w:tc>
          <w:tcPr>
            <w:tcW w:w="2606" w:type="dxa"/>
            <w:gridSpan w:val="2"/>
            <w:vAlign w:val="center"/>
          </w:tcPr>
          <w:p w14:paraId="3357A740" w14:textId="77777777" w:rsidR="00687A20" w:rsidRDefault="004459BF">
            <w:r>
              <w:rPr>
                <w:sz w:val="14"/>
              </w:rPr>
              <w:t>……………………</w:t>
            </w:r>
          </w:p>
        </w:tc>
        <w:tc>
          <w:tcPr>
            <w:tcW w:w="2606" w:type="dxa"/>
            <w:gridSpan w:val="2"/>
            <w:vAlign w:val="center"/>
          </w:tcPr>
          <w:p w14:paraId="44B80862" w14:textId="77777777" w:rsidR="00687A20" w:rsidRDefault="004459BF">
            <w:r>
              <w:rPr>
                <w:sz w:val="14"/>
              </w:rPr>
              <w:t>……………………</w:t>
            </w:r>
          </w:p>
        </w:tc>
        <w:tc>
          <w:tcPr>
            <w:tcW w:w="2606" w:type="dxa"/>
            <w:gridSpan w:val="2"/>
            <w:vAlign w:val="center"/>
          </w:tcPr>
          <w:p w14:paraId="6326720A" w14:textId="77777777" w:rsidR="00687A20" w:rsidRDefault="004459BF">
            <w:r>
              <w:rPr>
                <w:sz w:val="14"/>
              </w:rPr>
              <w:t>… / … / 20…</w:t>
            </w:r>
          </w:p>
        </w:tc>
      </w:tr>
      <w:tr w:rsidR="00687A20" w14:paraId="1B2282D2" w14:textId="77777777">
        <w:trPr>
          <w:jc w:val="center"/>
        </w:trPr>
        <w:tc>
          <w:tcPr>
            <w:tcW w:w="1738" w:type="dxa"/>
            <w:shd w:val="clear" w:color="auto" w:fill="D9EAF7"/>
            <w:vAlign w:val="center"/>
          </w:tcPr>
          <w:p w14:paraId="5B465AB8" w14:textId="77777777" w:rsidR="00687A20" w:rsidRDefault="004459BF">
            <w:r>
              <w:rPr>
                <w:b/>
                <w:sz w:val="12"/>
              </w:rPr>
              <w:t>Ölçüt / Ağırlık</w:t>
            </w:r>
          </w:p>
        </w:tc>
        <w:tc>
          <w:tcPr>
            <w:tcW w:w="1738" w:type="dxa"/>
            <w:gridSpan w:val="2"/>
            <w:shd w:val="clear" w:color="auto" w:fill="D9EAF7"/>
            <w:vAlign w:val="center"/>
          </w:tcPr>
          <w:p w14:paraId="35133C6E" w14:textId="77777777" w:rsidR="00687A20" w:rsidRDefault="004459BF">
            <w:r>
              <w:rPr>
                <w:b/>
                <w:sz w:val="12"/>
              </w:rPr>
              <w:t>4 - Çok İyi</w:t>
            </w:r>
          </w:p>
        </w:tc>
        <w:tc>
          <w:tcPr>
            <w:tcW w:w="1738" w:type="dxa"/>
            <w:shd w:val="clear" w:color="auto" w:fill="D9EAF7"/>
            <w:vAlign w:val="center"/>
          </w:tcPr>
          <w:p w14:paraId="3E021DE7" w14:textId="77777777" w:rsidR="00687A20" w:rsidRDefault="004459BF">
            <w:r>
              <w:rPr>
                <w:b/>
                <w:sz w:val="12"/>
              </w:rPr>
              <w:t>3 - İyi</w:t>
            </w:r>
          </w:p>
        </w:tc>
        <w:tc>
          <w:tcPr>
            <w:tcW w:w="1738" w:type="dxa"/>
            <w:shd w:val="clear" w:color="auto" w:fill="D9EAF7"/>
            <w:vAlign w:val="center"/>
          </w:tcPr>
          <w:p w14:paraId="72420DDE" w14:textId="77777777" w:rsidR="00687A20" w:rsidRDefault="004459BF">
            <w:r>
              <w:rPr>
                <w:b/>
                <w:sz w:val="12"/>
              </w:rPr>
              <w:t>2 - Geliştirilmeli</w:t>
            </w:r>
          </w:p>
        </w:tc>
        <w:tc>
          <w:tcPr>
            <w:tcW w:w="1738" w:type="dxa"/>
            <w:gridSpan w:val="2"/>
            <w:shd w:val="clear" w:color="auto" w:fill="D9EAF7"/>
            <w:vAlign w:val="center"/>
          </w:tcPr>
          <w:p w14:paraId="6B1AED84" w14:textId="77777777" w:rsidR="00687A20" w:rsidRDefault="004459BF">
            <w:r>
              <w:rPr>
                <w:b/>
                <w:sz w:val="12"/>
              </w:rPr>
              <w:t>1 - Yetersiz</w:t>
            </w:r>
          </w:p>
        </w:tc>
        <w:tc>
          <w:tcPr>
            <w:tcW w:w="1738" w:type="dxa"/>
            <w:shd w:val="clear" w:color="auto" w:fill="D9EAF7"/>
            <w:vAlign w:val="center"/>
          </w:tcPr>
          <w:p w14:paraId="0316C224" w14:textId="77777777" w:rsidR="00687A20" w:rsidRDefault="004459BF">
            <w:r>
              <w:rPr>
                <w:b/>
                <w:sz w:val="12"/>
              </w:rPr>
              <w:t>Puan</w:t>
            </w:r>
          </w:p>
        </w:tc>
      </w:tr>
      <w:tr w:rsidR="00687A20" w14:paraId="03C6677C" w14:textId="77777777">
        <w:trPr>
          <w:jc w:val="center"/>
        </w:trPr>
        <w:tc>
          <w:tcPr>
            <w:tcW w:w="1738" w:type="dxa"/>
            <w:vAlign w:val="center"/>
          </w:tcPr>
          <w:p w14:paraId="16017E6C" w14:textId="77777777" w:rsidR="00687A20" w:rsidRDefault="004459BF">
            <w:r>
              <w:rPr>
                <w:sz w:val="12"/>
              </w:rPr>
              <w:t>Problemin anlaşılması ve kapsamın tanımlanması</w:t>
            </w:r>
            <w:r>
              <w:rPr>
                <w:sz w:val="12"/>
              </w:rPr>
              <w:br/>
              <w:t>(%10)</w:t>
            </w:r>
          </w:p>
        </w:tc>
        <w:tc>
          <w:tcPr>
            <w:tcW w:w="1738" w:type="dxa"/>
            <w:gridSpan w:val="2"/>
            <w:vAlign w:val="center"/>
          </w:tcPr>
          <w:p w14:paraId="525BAE54" w14:textId="77777777" w:rsidR="00687A20" w:rsidRDefault="004459BF">
            <w:r>
              <w:rPr>
                <w:sz w:val="12"/>
              </w:rPr>
              <w:t>Amaç, varsayımlar ve kapsam eksiksiz ve açık.</w:t>
            </w:r>
          </w:p>
        </w:tc>
        <w:tc>
          <w:tcPr>
            <w:tcW w:w="1738" w:type="dxa"/>
            <w:vAlign w:val="center"/>
          </w:tcPr>
          <w:p w14:paraId="223BB617" w14:textId="77777777" w:rsidR="00687A20" w:rsidRDefault="004459BF">
            <w:r>
              <w:rPr>
                <w:sz w:val="12"/>
              </w:rPr>
              <w:t>Küçük eksikler dışında açık.</w:t>
            </w:r>
          </w:p>
        </w:tc>
        <w:tc>
          <w:tcPr>
            <w:tcW w:w="1738" w:type="dxa"/>
            <w:vAlign w:val="center"/>
          </w:tcPr>
          <w:p w14:paraId="67C56792" w14:textId="77777777" w:rsidR="00687A20" w:rsidRDefault="004459BF">
            <w:r>
              <w:rPr>
                <w:sz w:val="12"/>
              </w:rPr>
              <w:t>Kapsam/varsayımlarda önemli eksikler var.</w:t>
            </w:r>
          </w:p>
        </w:tc>
        <w:tc>
          <w:tcPr>
            <w:tcW w:w="1738" w:type="dxa"/>
            <w:gridSpan w:val="2"/>
            <w:vAlign w:val="center"/>
          </w:tcPr>
          <w:p w14:paraId="1B23365D" w14:textId="77777777" w:rsidR="00687A20" w:rsidRDefault="004459BF">
            <w:r>
              <w:rPr>
                <w:sz w:val="12"/>
              </w:rPr>
              <w:t>Problem yanlış veya belirsiz tanımlanmış.</w:t>
            </w:r>
          </w:p>
        </w:tc>
        <w:tc>
          <w:tcPr>
            <w:tcW w:w="1738" w:type="dxa"/>
            <w:vAlign w:val="center"/>
          </w:tcPr>
          <w:p w14:paraId="30E95DF6" w14:textId="77777777" w:rsidR="00687A20" w:rsidRDefault="00687A20"/>
        </w:tc>
      </w:tr>
      <w:tr w:rsidR="00687A20" w14:paraId="46B4FB80" w14:textId="77777777">
        <w:trPr>
          <w:jc w:val="center"/>
        </w:trPr>
        <w:tc>
          <w:tcPr>
            <w:tcW w:w="1738" w:type="dxa"/>
            <w:vAlign w:val="center"/>
          </w:tcPr>
          <w:p w14:paraId="6D7CAD9A" w14:textId="77777777" w:rsidR="00687A20" w:rsidRDefault="004459BF">
            <w:r>
              <w:rPr>
                <w:sz w:val="12"/>
              </w:rPr>
              <w:t>Teknik doğruluk ve Petrol Mühendisliği bilgisi</w:t>
            </w:r>
            <w:r>
              <w:rPr>
                <w:sz w:val="12"/>
              </w:rPr>
              <w:br/>
              <w:t>(%25)</w:t>
            </w:r>
          </w:p>
        </w:tc>
        <w:tc>
          <w:tcPr>
            <w:tcW w:w="1738" w:type="dxa"/>
            <w:gridSpan w:val="2"/>
            <w:vAlign w:val="center"/>
          </w:tcPr>
          <w:p w14:paraId="631CD791" w14:textId="77777777" w:rsidR="00687A20" w:rsidRDefault="004459BF">
            <w:r>
              <w:rPr>
                <w:sz w:val="12"/>
              </w:rPr>
              <w:t>Kavramlar, denklemler, birimler ve sonuçlar doğru; disiplin bilgisi güçlü.</w:t>
            </w:r>
          </w:p>
        </w:tc>
        <w:tc>
          <w:tcPr>
            <w:tcW w:w="1738" w:type="dxa"/>
            <w:vAlign w:val="center"/>
          </w:tcPr>
          <w:p w14:paraId="6486C1CC" w14:textId="77777777" w:rsidR="00687A20" w:rsidRDefault="004459BF">
            <w:r>
              <w:rPr>
                <w:sz w:val="12"/>
              </w:rPr>
              <w:t>Genel olarak doğru; küçük teknik hatalar var.</w:t>
            </w:r>
          </w:p>
        </w:tc>
        <w:tc>
          <w:tcPr>
            <w:tcW w:w="1738" w:type="dxa"/>
            <w:vAlign w:val="center"/>
          </w:tcPr>
          <w:p w14:paraId="20C58D12" w14:textId="77777777" w:rsidR="00687A20" w:rsidRDefault="004459BF">
            <w:r>
              <w:rPr>
                <w:sz w:val="12"/>
              </w:rPr>
              <w:t>Birden fazla önemli hata veya kavramsal eksik var.</w:t>
            </w:r>
          </w:p>
        </w:tc>
        <w:tc>
          <w:tcPr>
            <w:tcW w:w="1738" w:type="dxa"/>
            <w:gridSpan w:val="2"/>
            <w:vAlign w:val="center"/>
          </w:tcPr>
          <w:p w14:paraId="55C1BCD6" w14:textId="77777777" w:rsidR="00687A20" w:rsidRDefault="004459BF">
            <w:r>
              <w:rPr>
                <w:sz w:val="12"/>
              </w:rPr>
              <w:t>Temel yaklaşım ve sonuçlar büyük ölçüde yanlış.</w:t>
            </w:r>
          </w:p>
        </w:tc>
        <w:tc>
          <w:tcPr>
            <w:tcW w:w="1738" w:type="dxa"/>
            <w:vAlign w:val="center"/>
          </w:tcPr>
          <w:p w14:paraId="04763AA8" w14:textId="77777777" w:rsidR="00687A20" w:rsidRDefault="00687A20"/>
        </w:tc>
      </w:tr>
      <w:tr w:rsidR="00687A20" w14:paraId="3FF73EEB" w14:textId="77777777">
        <w:trPr>
          <w:jc w:val="center"/>
        </w:trPr>
        <w:tc>
          <w:tcPr>
            <w:tcW w:w="1738" w:type="dxa"/>
            <w:vAlign w:val="center"/>
          </w:tcPr>
          <w:p w14:paraId="28212762" w14:textId="77777777" w:rsidR="00687A20" w:rsidRDefault="004459BF">
            <w:r>
              <w:rPr>
                <w:sz w:val="12"/>
              </w:rPr>
              <w:t>Mühendislik analizi, yöntem ve problem çözme</w:t>
            </w:r>
            <w:r>
              <w:rPr>
                <w:sz w:val="12"/>
              </w:rPr>
              <w:br/>
              <w:t>(%25)</w:t>
            </w:r>
          </w:p>
        </w:tc>
        <w:tc>
          <w:tcPr>
            <w:tcW w:w="1738" w:type="dxa"/>
            <w:gridSpan w:val="2"/>
            <w:vAlign w:val="center"/>
          </w:tcPr>
          <w:p w14:paraId="1AF091D4" w14:textId="77777777" w:rsidR="00687A20" w:rsidRDefault="004459BF">
            <w:r>
              <w:rPr>
                <w:sz w:val="12"/>
              </w:rPr>
              <w:t>Uygun yöntem seçilmiş, gerekçelendirilmiş ve doğru uygulanmış; sonuçlar yorumlanmış.</w:t>
            </w:r>
          </w:p>
        </w:tc>
        <w:tc>
          <w:tcPr>
            <w:tcW w:w="1738" w:type="dxa"/>
            <w:vAlign w:val="center"/>
          </w:tcPr>
          <w:p w14:paraId="1A172079" w14:textId="77777777" w:rsidR="00687A20" w:rsidRDefault="004459BF">
            <w:r>
              <w:rPr>
                <w:sz w:val="12"/>
              </w:rPr>
              <w:t>Yöntem uygun ve büyük ölçüde doğru; gerekçelendirme sınırlı.</w:t>
            </w:r>
          </w:p>
        </w:tc>
        <w:tc>
          <w:tcPr>
            <w:tcW w:w="1738" w:type="dxa"/>
            <w:vAlign w:val="center"/>
          </w:tcPr>
          <w:p w14:paraId="04458D1D" w14:textId="77777777" w:rsidR="00687A20" w:rsidRDefault="004459BF">
            <w:r>
              <w:rPr>
                <w:sz w:val="12"/>
              </w:rPr>
              <w:t>Yöntem kısmen uygun; analiz veya yorum yetersiz.</w:t>
            </w:r>
          </w:p>
        </w:tc>
        <w:tc>
          <w:tcPr>
            <w:tcW w:w="1738" w:type="dxa"/>
            <w:gridSpan w:val="2"/>
            <w:vAlign w:val="center"/>
          </w:tcPr>
          <w:p w14:paraId="7B434C20" w14:textId="77777777" w:rsidR="00687A20" w:rsidRDefault="004459BF">
            <w:r>
              <w:rPr>
                <w:sz w:val="12"/>
              </w:rPr>
              <w:t>Uygun analiz yöntemi kurulamamış.</w:t>
            </w:r>
          </w:p>
        </w:tc>
        <w:tc>
          <w:tcPr>
            <w:tcW w:w="1738" w:type="dxa"/>
            <w:vAlign w:val="center"/>
          </w:tcPr>
          <w:p w14:paraId="5FCC6979" w14:textId="77777777" w:rsidR="00687A20" w:rsidRDefault="00687A20"/>
        </w:tc>
      </w:tr>
      <w:tr w:rsidR="00687A20" w14:paraId="3B38C71E" w14:textId="77777777">
        <w:trPr>
          <w:jc w:val="center"/>
        </w:trPr>
        <w:tc>
          <w:tcPr>
            <w:tcW w:w="1738" w:type="dxa"/>
            <w:vAlign w:val="center"/>
          </w:tcPr>
          <w:p w14:paraId="0B358FCC" w14:textId="77777777" w:rsidR="00687A20" w:rsidRDefault="004459BF">
            <w:r>
              <w:rPr>
                <w:sz w:val="12"/>
              </w:rPr>
              <w:t>Veri, yazılım/araç ve görselleştirme kullanımı</w:t>
            </w:r>
            <w:r>
              <w:rPr>
                <w:sz w:val="12"/>
              </w:rPr>
              <w:br/>
              <w:t>(%15)</w:t>
            </w:r>
          </w:p>
        </w:tc>
        <w:tc>
          <w:tcPr>
            <w:tcW w:w="1738" w:type="dxa"/>
            <w:gridSpan w:val="2"/>
            <w:vAlign w:val="center"/>
          </w:tcPr>
          <w:p w14:paraId="20DA3118" w14:textId="77777777" w:rsidR="00687A20" w:rsidRDefault="004459BF">
            <w:r>
              <w:rPr>
                <w:sz w:val="12"/>
              </w:rPr>
              <w:t>Veri ve araçlar doğru, izlenebilir ve etkin; tablo/şekiller açıklayıcı.</w:t>
            </w:r>
          </w:p>
        </w:tc>
        <w:tc>
          <w:tcPr>
            <w:tcW w:w="1738" w:type="dxa"/>
            <w:vAlign w:val="center"/>
          </w:tcPr>
          <w:p w14:paraId="6D9A3118" w14:textId="77777777" w:rsidR="00687A20" w:rsidRDefault="004459BF">
            <w:r>
              <w:rPr>
                <w:sz w:val="12"/>
              </w:rPr>
              <w:t>Küçük eksiklerle uygun kullanım.</w:t>
            </w:r>
          </w:p>
        </w:tc>
        <w:tc>
          <w:tcPr>
            <w:tcW w:w="1738" w:type="dxa"/>
            <w:vAlign w:val="center"/>
          </w:tcPr>
          <w:p w14:paraId="4F5A5B95" w14:textId="77777777" w:rsidR="00687A20" w:rsidRDefault="004459BF">
            <w:r>
              <w:rPr>
                <w:sz w:val="12"/>
              </w:rPr>
              <w:t>Veri/araç kullanımında belirgin eksikler.</w:t>
            </w:r>
          </w:p>
        </w:tc>
        <w:tc>
          <w:tcPr>
            <w:tcW w:w="1738" w:type="dxa"/>
            <w:gridSpan w:val="2"/>
            <w:vAlign w:val="center"/>
          </w:tcPr>
          <w:p w14:paraId="58783254" w14:textId="77777777" w:rsidR="00687A20" w:rsidRDefault="004459BF">
            <w:r>
              <w:rPr>
                <w:sz w:val="12"/>
              </w:rPr>
              <w:t>Veri veya araç kullanımı hatalı/yetersiz.</w:t>
            </w:r>
          </w:p>
        </w:tc>
        <w:tc>
          <w:tcPr>
            <w:tcW w:w="1738" w:type="dxa"/>
            <w:vAlign w:val="center"/>
          </w:tcPr>
          <w:p w14:paraId="162F9A22" w14:textId="77777777" w:rsidR="00687A20" w:rsidRDefault="00687A20"/>
        </w:tc>
      </w:tr>
      <w:tr w:rsidR="00687A20" w14:paraId="71C3EE42" w14:textId="77777777">
        <w:trPr>
          <w:jc w:val="center"/>
        </w:trPr>
        <w:tc>
          <w:tcPr>
            <w:tcW w:w="1738" w:type="dxa"/>
            <w:vAlign w:val="center"/>
          </w:tcPr>
          <w:p w14:paraId="0C3BAFA8" w14:textId="77777777" w:rsidR="00687A20" w:rsidRDefault="004459BF">
            <w:r>
              <w:rPr>
                <w:sz w:val="12"/>
              </w:rPr>
              <w:t>Kaynak kullanımı, etik ve akademik dürüstlük</w:t>
            </w:r>
            <w:r>
              <w:rPr>
                <w:sz w:val="12"/>
              </w:rPr>
              <w:br/>
              <w:t>(%10)</w:t>
            </w:r>
          </w:p>
        </w:tc>
        <w:tc>
          <w:tcPr>
            <w:tcW w:w="1738" w:type="dxa"/>
            <w:gridSpan w:val="2"/>
            <w:vAlign w:val="center"/>
          </w:tcPr>
          <w:p w14:paraId="68CE66C4" w14:textId="77777777" w:rsidR="00687A20" w:rsidRDefault="004459BF">
            <w:r>
              <w:rPr>
                <w:sz w:val="12"/>
              </w:rPr>
              <w:t>Güvenilir kaynaklar uygun biçimde atıflanmış; etik ilkeler tam.</w:t>
            </w:r>
          </w:p>
        </w:tc>
        <w:tc>
          <w:tcPr>
            <w:tcW w:w="1738" w:type="dxa"/>
            <w:vAlign w:val="center"/>
          </w:tcPr>
          <w:p w14:paraId="514969E2" w14:textId="77777777" w:rsidR="00687A20" w:rsidRDefault="004459BF">
            <w:r>
              <w:rPr>
                <w:sz w:val="12"/>
              </w:rPr>
              <w:t>Küçük kaynakça/atıf eksikleri.</w:t>
            </w:r>
          </w:p>
        </w:tc>
        <w:tc>
          <w:tcPr>
            <w:tcW w:w="1738" w:type="dxa"/>
            <w:vAlign w:val="center"/>
          </w:tcPr>
          <w:p w14:paraId="086FE689" w14:textId="77777777" w:rsidR="00687A20" w:rsidRDefault="004459BF">
            <w:r>
              <w:rPr>
                <w:sz w:val="12"/>
              </w:rPr>
              <w:t>Kaynak kalitesi veya atıflarda ciddi eksikler.</w:t>
            </w:r>
          </w:p>
        </w:tc>
        <w:tc>
          <w:tcPr>
            <w:tcW w:w="1738" w:type="dxa"/>
            <w:gridSpan w:val="2"/>
            <w:vAlign w:val="center"/>
          </w:tcPr>
          <w:p w14:paraId="47EBCAAB" w14:textId="77777777" w:rsidR="00687A20" w:rsidRDefault="004459BF">
            <w:r>
              <w:rPr>
                <w:sz w:val="12"/>
              </w:rPr>
              <w:t>Kaynaklandırma yok/uygunsuz; etik sorun riski var.</w:t>
            </w:r>
          </w:p>
        </w:tc>
        <w:tc>
          <w:tcPr>
            <w:tcW w:w="1738" w:type="dxa"/>
            <w:vAlign w:val="center"/>
          </w:tcPr>
          <w:p w14:paraId="3BCAE51A" w14:textId="77777777" w:rsidR="00687A20" w:rsidRDefault="00687A20"/>
        </w:tc>
      </w:tr>
      <w:tr w:rsidR="00687A20" w14:paraId="59687060" w14:textId="77777777">
        <w:trPr>
          <w:jc w:val="center"/>
        </w:trPr>
        <w:tc>
          <w:tcPr>
            <w:tcW w:w="1738" w:type="dxa"/>
            <w:vAlign w:val="center"/>
          </w:tcPr>
          <w:p w14:paraId="049855B0" w14:textId="77777777" w:rsidR="00687A20" w:rsidRDefault="004459BF">
            <w:r>
              <w:rPr>
                <w:sz w:val="12"/>
              </w:rPr>
              <w:t>Teknik yazım, düzen ve sonuçların sunumu</w:t>
            </w:r>
            <w:r>
              <w:rPr>
                <w:sz w:val="12"/>
              </w:rPr>
              <w:br/>
              <w:t>(%15)</w:t>
            </w:r>
          </w:p>
        </w:tc>
        <w:tc>
          <w:tcPr>
            <w:tcW w:w="1738" w:type="dxa"/>
            <w:gridSpan w:val="2"/>
            <w:vAlign w:val="center"/>
          </w:tcPr>
          <w:p w14:paraId="631BF037" w14:textId="77777777" w:rsidR="00687A20" w:rsidRDefault="004459BF">
            <w:r>
              <w:rPr>
                <w:sz w:val="12"/>
              </w:rPr>
              <w:t>Açık, öz, mantıklı, profesyonel ve teknik terminoloji doğru.</w:t>
            </w:r>
          </w:p>
        </w:tc>
        <w:tc>
          <w:tcPr>
            <w:tcW w:w="1738" w:type="dxa"/>
            <w:vAlign w:val="center"/>
          </w:tcPr>
          <w:p w14:paraId="41DB5F6C" w14:textId="77777777" w:rsidR="00687A20" w:rsidRDefault="004459BF">
            <w:r>
              <w:rPr>
                <w:sz w:val="12"/>
              </w:rPr>
              <w:t>Genel olarak anlaşılır ve düzenli.</w:t>
            </w:r>
          </w:p>
        </w:tc>
        <w:tc>
          <w:tcPr>
            <w:tcW w:w="1738" w:type="dxa"/>
            <w:vAlign w:val="center"/>
          </w:tcPr>
          <w:p w14:paraId="17E88C3A" w14:textId="77777777" w:rsidR="00687A20" w:rsidRDefault="004459BF">
            <w:r>
              <w:rPr>
                <w:sz w:val="12"/>
              </w:rPr>
              <w:t>Anlatım/düzen sonuçların anlaşılmasını zorlaştırıyor.</w:t>
            </w:r>
          </w:p>
        </w:tc>
        <w:tc>
          <w:tcPr>
            <w:tcW w:w="1738" w:type="dxa"/>
            <w:gridSpan w:val="2"/>
            <w:vAlign w:val="center"/>
          </w:tcPr>
          <w:p w14:paraId="4F584651" w14:textId="77777777" w:rsidR="00687A20" w:rsidRDefault="004459BF">
            <w:r>
              <w:rPr>
                <w:sz w:val="12"/>
              </w:rPr>
              <w:t>Dağınık, belirsiz veya profesyonel standartların altında.</w:t>
            </w:r>
          </w:p>
        </w:tc>
        <w:tc>
          <w:tcPr>
            <w:tcW w:w="1738" w:type="dxa"/>
            <w:vAlign w:val="center"/>
          </w:tcPr>
          <w:p w14:paraId="088E6294" w14:textId="77777777" w:rsidR="00687A20" w:rsidRDefault="00687A20"/>
        </w:tc>
      </w:tr>
    </w:tbl>
    <w:p w14:paraId="16ABFDF3" w14:textId="77777777" w:rsidR="00687A20" w:rsidRDefault="004459BF">
      <w:r>
        <w:t>TOPLAM PUAN: …… / 100     |     Başarı Düzeyi: ☐ Çok İyi  ☐ İyi  ☐ Geliştirilmeli  ☐ Yetersiz</w:t>
      </w:r>
    </w:p>
    <w:p w14:paraId="5F3A1C68" w14:textId="77777777" w:rsidR="00687A20" w:rsidRDefault="004459BF">
      <w:r>
        <w:t>Değerlendirici görüşü / iyileştirme notu: ______________________________________________________________________________</w:t>
      </w:r>
    </w:p>
    <w:p w14:paraId="5360A669" w14:textId="77777777" w:rsidR="00687A20" w:rsidRDefault="004459BF">
      <w:pPr>
        <w:pStyle w:val="Heading1"/>
      </w:pPr>
      <w:r>
        <w:t>2. Sözlü Sunum Değerlendirme Rubriği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36"/>
        <w:gridCol w:w="867"/>
        <w:gridCol w:w="869"/>
        <w:gridCol w:w="1736"/>
        <w:gridCol w:w="1737"/>
        <w:gridCol w:w="868"/>
        <w:gridCol w:w="869"/>
        <w:gridCol w:w="1734"/>
      </w:tblGrid>
      <w:tr w:rsidR="00687A20" w14:paraId="5EAC6DBB" w14:textId="77777777">
        <w:trPr>
          <w:jc w:val="center"/>
        </w:trPr>
        <w:tc>
          <w:tcPr>
            <w:tcW w:w="2606" w:type="dxa"/>
            <w:gridSpan w:val="2"/>
            <w:shd w:val="clear" w:color="auto" w:fill="D9EAF7"/>
            <w:vAlign w:val="center"/>
          </w:tcPr>
          <w:p w14:paraId="3DDCE1D0" w14:textId="77777777" w:rsidR="00687A20" w:rsidRDefault="004459BF">
            <w:r>
              <w:rPr>
                <w:b/>
                <w:sz w:val="14"/>
              </w:rPr>
              <w:t>Ders / Proje</w:t>
            </w:r>
          </w:p>
        </w:tc>
        <w:tc>
          <w:tcPr>
            <w:tcW w:w="2606" w:type="dxa"/>
            <w:gridSpan w:val="2"/>
            <w:shd w:val="clear" w:color="auto" w:fill="D9EAF7"/>
            <w:vAlign w:val="center"/>
          </w:tcPr>
          <w:p w14:paraId="5DCFAFF8" w14:textId="77777777" w:rsidR="00687A20" w:rsidRDefault="004459BF">
            <w:r>
              <w:rPr>
                <w:b/>
                <w:sz w:val="14"/>
              </w:rPr>
              <w:t>Öğrenci(ler)</w:t>
            </w:r>
          </w:p>
        </w:tc>
        <w:tc>
          <w:tcPr>
            <w:tcW w:w="2606" w:type="dxa"/>
            <w:gridSpan w:val="2"/>
            <w:shd w:val="clear" w:color="auto" w:fill="D9EAF7"/>
            <w:vAlign w:val="center"/>
          </w:tcPr>
          <w:p w14:paraId="039E9AE8" w14:textId="77777777" w:rsidR="00687A20" w:rsidRDefault="004459BF">
            <w:r>
              <w:rPr>
                <w:b/>
                <w:sz w:val="14"/>
              </w:rPr>
              <w:t>Değerlendirici</w:t>
            </w:r>
          </w:p>
        </w:tc>
        <w:tc>
          <w:tcPr>
            <w:tcW w:w="2606" w:type="dxa"/>
            <w:gridSpan w:val="2"/>
            <w:shd w:val="clear" w:color="auto" w:fill="D9EAF7"/>
            <w:vAlign w:val="center"/>
          </w:tcPr>
          <w:p w14:paraId="76A979A4" w14:textId="77777777" w:rsidR="00687A20" w:rsidRDefault="004459BF">
            <w:r>
              <w:rPr>
                <w:b/>
                <w:sz w:val="14"/>
              </w:rPr>
              <w:t>Tarih</w:t>
            </w:r>
          </w:p>
        </w:tc>
      </w:tr>
      <w:tr w:rsidR="00687A20" w14:paraId="6C86DA0F" w14:textId="77777777">
        <w:trPr>
          <w:jc w:val="center"/>
        </w:trPr>
        <w:tc>
          <w:tcPr>
            <w:tcW w:w="2606" w:type="dxa"/>
            <w:gridSpan w:val="2"/>
            <w:vAlign w:val="center"/>
          </w:tcPr>
          <w:p w14:paraId="17FA812B" w14:textId="77777777" w:rsidR="00687A20" w:rsidRDefault="004459BF">
            <w:r>
              <w:rPr>
                <w:sz w:val="14"/>
              </w:rPr>
              <w:t>……………………</w:t>
            </w:r>
          </w:p>
        </w:tc>
        <w:tc>
          <w:tcPr>
            <w:tcW w:w="2606" w:type="dxa"/>
            <w:gridSpan w:val="2"/>
            <w:vAlign w:val="center"/>
          </w:tcPr>
          <w:p w14:paraId="003A071F" w14:textId="77777777" w:rsidR="00687A20" w:rsidRDefault="004459BF">
            <w:r>
              <w:rPr>
                <w:sz w:val="14"/>
              </w:rPr>
              <w:t>……………………</w:t>
            </w:r>
          </w:p>
        </w:tc>
        <w:tc>
          <w:tcPr>
            <w:tcW w:w="2606" w:type="dxa"/>
            <w:gridSpan w:val="2"/>
            <w:vAlign w:val="center"/>
          </w:tcPr>
          <w:p w14:paraId="4D2FE217" w14:textId="77777777" w:rsidR="00687A20" w:rsidRDefault="004459BF">
            <w:r>
              <w:rPr>
                <w:sz w:val="14"/>
              </w:rPr>
              <w:t>……………………</w:t>
            </w:r>
          </w:p>
        </w:tc>
        <w:tc>
          <w:tcPr>
            <w:tcW w:w="2606" w:type="dxa"/>
            <w:gridSpan w:val="2"/>
            <w:vAlign w:val="center"/>
          </w:tcPr>
          <w:p w14:paraId="41015E2E" w14:textId="77777777" w:rsidR="00687A20" w:rsidRDefault="004459BF">
            <w:r>
              <w:rPr>
                <w:sz w:val="14"/>
              </w:rPr>
              <w:t>… / … / 20…</w:t>
            </w:r>
          </w:p>
        </w:tc>
      </w:tr>
      <w:tr w:rsidR="00687A20" w14:paraId="414264A0" w14:textId="77777777">
        <w:trPr>
          <w:jc w:val="center"/>
        </w:trPr>
        <w:tc>
          <w:tcPr>
            <w:tcW w:w="1738" w:type="dxa"/>
            <w:shd w:val="clear" w:color="auto" w:fill="D9EAF7"/>
            <w:vAlign w:val="center"/>
          </w:tcPr>
          <w:p w14:paraId="0C685901" w14:textId="77777777" w:rsidR="00687A20" w:rsidRDefault="004459BF">
            <w:r>
              <w:rPr>
                <w:b/>
                <w:sz w:val="12"/>
              </w:rPr>
              <w:t>Ölçüt / Ağırlık</w:t>
            </w:r>
          </w:p>
        </w:tc>
        <w:tc>
          <w:tcPr>
            <w:tcW w:w="1738" w:type="dxa"/>
            <w:gridSpan w:val="2"/>
            <w:shd w:val="clear" w:color="auto" w:fill="D9EAF7"/>
            <w:vAlign w:val="center"/>
          </w:tcPr>
          <w:p w14:paraId="1A2B300A" w14:textId="77777777" w:rsidR="00687A20" w:rsidRDefault="004459BF">
            <w:r>
              <w:rPr>
                <w:b/>
                <w:sz w:val="12"/>
              </w:rPr>
              <w:t>4 - Çok İyi</w:t>
            </w:r>
          </w:p>
        </w:tc>
        <w:tc>
          <w:tcPr>
            <w:tcW w:w="1738" w:type="dxa"/>
            <w:shd w:val="clear" w:color="auto" w:fill="D9EAF7"/>
            <w:vAlign w:val="center"/>
          </w:tcPr>
          <w:p w14:paraId="05DEBDB6" w14:textId="77777777" w:rsidR="00687A20" w:rsidRDefault="004459BF">
            <w:r>
              <w:rPr>
                <w:b/>
                <w:sz w:val="12"/>
              </w:rPr>
              <w:t>3 - İyi</w:t>
            </w:r>
          </w:p>
        </w:tc>
        <w:tc>
          <w:tcPr>
            <w:tcW w:w="1738" w:type="dxa"/>
            <w:shd w:val="clear" w:color="auto" w:fill="D9EAF7"/>
            <w:vAlign w:val="center"/>
          </w:tcPr>
          <w:p w14:paraId="4D20ACEF" w14:textId="77777777" w:rsidR="00687A20" w:rsidRDefault="004459BF">
            <w:r>
              <w:rPr>
                <w:b/>
                <w:sz w:val="12"/>
              </w:rPr>
              <w:t>2 - Geliştirilmeli</w:t>
            </w:r>
          </w:p>
        </w:tc>
        <w:tc>
          <w:tcPr>
            <w:tcW w:w="1738" w:type="dxa"/>
            <w:gridSpan w:val="2"/>
            <w:shd w:val="clear" w:color="auto" w:fill="D9EAF7"/>
            <w:vAlign w:val="center"/>
          </w:tcPr>
          <w:p w14:paraId="7997210A" w14:textId="77777777" w:rsidR="00687A20" w:rsidRDefault="004459BF">
            <w:r>
              <w:rPr>
                <w:b/>
                <w:sz w:val="12"/>
              </w:rPr>
              <w:t>1 - Yetersiz</w:t>
            </w:r>
          </w:p>
        </w:tc>
        <w:tc>
          <w:tcPr>
            <w:tcW w:w="1738" w:type="dxa"/>
            <w:shd w:val="clear" w:color="auto" w:fill="D9EAF7"/>
            <w:vAlign w:val="center"/>
          </w:tcPr>
          <w:p w14:paraId="35DB8321" w14:textId="77777777" w:rsidR="00687A20" w:rsidRDefault="004459BF">
            <w:r>
              <w:rPr>
                <w:b/>
                <w:sz w:val="12"/>
              </w:rPr>
              <w:t>Puan</w:t>
            </w:r>
          </w:p>
        </w:tc>
      </w:tr>
      <w:tr w:rsidR="00687A20" w14:paraId="1859EAF4" w14:textId="77777777">
        <w:trPr>
          <w:jc w:val="center"/>
        </w:trPr>
        <w:tc>
          <w:tcPr>
            <w:tcW w:w="1738" w:type="dxa"/>
            <w:vAlign w:val="center"/>
          </w:tcPr>
          <w:p w14:paraId="2B1B2D96" w14:textId="77777777" w:rsidR="00687A20" w:rsidRDefault="004459BF">
            <w:r>
              <w:rPr>
                <w:sz w:val="12"/>
              </w:rPr>
              <w:t>Teknik içerik ve doğruluk</w:t>
            </w:r>
            <w:r>
              <w:rPr>
                <w:sz w:val="12"/>
              </w:rPr>
              <w:br/>
              <w:t>(%25)</w:t>
            </w:r>
          </w:p>
        </w:tc>
        <w:tc>
          <w:tcPr>
            <w:tcW w:w="1738" w:type="dxa"/>
            <w:gridSpan w:val="2"/>
            <w:vAlign w:val="center"/>
          </w:tcPr>
          <w:p w14:paraId="4CB096B4" w14:textId="77777777" w:rsidR="00687A20" w:rsidRDefault="004459BF">
            <w:r>
              <w:rPr>
                <w:sz w:val="12"/>
              </w:rPr>
              <w:t>İçerik doğru, güncel ve konuya hâkimiyet yüksek.</w:t>
            </w:r>
          </w:p>
        </w:tc>
        <w:tc>
          <w:tcPr>
            <w:tcW w:w="1738" w:type="dxa"/>
            <w:vAlign w:val="center"/>
          </w:tcPr>
          <w:p w14:paraId="2D924E9C" w14:textId="77777777" w:rsidR="00687A20" w:rsidRDefault="004459BF">
            <w:r>
              <w:rPr>
                <w:sz w:val="12"/>
              </w:rPr>
              <w:t>Küçük eksiklerle doğru.</w:t>
            </w:r>
          </w:p>
        </w:tc>
        <w:tc>
          <w:tcPr>
            <w:tcW w:w="1738" w:type="dxa"/>
            <w:vAlign w:val="center"/>
          </w:tcPr>
          <w:p w14:paraId="60DE7AA1" w14:textId="77777777" w:rsidR="00687A20" w:rsidRDefault="004459BF">
            <w:r>
              <w:rPr>
                <w:sz w:val="12"/>
              </w:rPr>
              <w:t>Önemli teknik boşluklar/hatalar var.</w:t>
            </w:r>
          </w:p>
        </w:tc>
        <w:tc>
          <w:tcPr>
            <w:tcW w:w="1738" w:type="dxa"/>
            <w:gridSpan w:val="2"/>
            <w:vAlign w:val="center"/>
          </w:tcPr>
          <w:p w14:paraId="52136906" w14:textId="77777777" w:rsidR="00687A20" w:rsidRDefault="004459BF">
            <w:r>
              <w:rPr>
                <w:sz w:val="12"/>
              </w:rPr>
              <w:t>Teknik içerik büyük ölçüde yetersiz.</w:t>
            </w:r>
          </w:p>
        </w:tc>
        <w:tc>
          <w:tcPr>
            <w:tcW w:w="1738" w:type="dxa"/>
            <w:vAlign w:val="center"/>
          </w:tcPr>
          <w:p w14:paraId="4DB0F2A8" w14:textId="77777777" w:rsidR="00687A20" w:rsidRDefault="00687A20"/>
        </w:tc>
      </w:tr>
      <w:tr w:rsidR="00687A20" w14:paraId="174F63ED" w14:textId="77777777">
        <w:trPr>
          <w:jc w:val="center"/>
        </w:trPr>
        <w:tc>
          <w:tcPr>
            <w:tcW w:w="1738" w:type="dxa"/>
            <w:vAlign w:val="center"/>
          </w:tcPr>
          <w:p w14:paraId="4C9756E6" w14:textId="77777777" w:rsidR="00687A20" w:rsidRDefault="004459BF">
            <w:r>
              <w:rPr>
                <w:sz w:val="12"/>
              </w:rPr>
              <w:t>Mühendislik analizi ve sonuçların yorumlanması</w:t>
            </w:r>
            <w:r>
              <w:rPr>
                <w:sz w:val="12"/>
              </w:rPr>
              <w:br/>
              <w:t>(%20)</w:t>
            </w:r>
          </w:p>
        </w:tc>
        <w:tc>
          <w:tcPr>
            <w:tcW w:w="1738" w:type="dxa"/>
            <w:gridSpan w:val="2"/>
            <w:vAlign w:val="center"/>
          </w:tcPr>
          <w:p w14:paraId="64EDA199" w14:textId="77777777" w:rsidR="00687A20" w:rsidRDefault="004459BF">
            <w:r>
              <w:rPr>
                <w:sz w:val="12"/>
              </w:rPr>
              <w:t>Yöntem, bulgular ve mühendislik anlamı güçlü biçimde açıklanıyor.</w:t>
            </w:r>
          </w:p>
        </w:tc>
        <w:tc>
          <w:tcPr>
            <w:tcW w:w="1738" w:type="dxa"/>
            <w:vAlign w:val="center"/>
          </w:tcPr>
          <w:p w14:paraId="0B5D67F1" w14:textId="77777777" w:rsidR="00687A20" w:rsidRDefault="004459BF">
            <w:r>
              <w:rPr>
                <w:sz w:val="12"/>
              </w:rPr>
              <w:t>Analiz doğru; yorum kısmen sınırlı.</w:t>
            </w:r>
          </w:p>
        </w:tc>
        <w:tc>
          <w:tcPr>
            <w:tcW w:w="1738" w:type="dxa"/>
            <w:vAlign w:val="center"/>
          </w:tcPr>
          <w:p w14:paraId="1969379C" w14:textId="77777777" w:rsidR="00687A20" w:rsidRDefault="004459BF">
            <w:r>
              <w:rPr>
                <w:sz w:val="12"/>
              </w:rPr>
              <w:t>Analiz yüzeysel veya bağlantılar zayıf.</w:t>
            </w:r>
          </w:p>
        </w:tc>
        <w:tc>
          <w:tcPr>
            <w:tcW w:w="1738" w:type="dxa"/>
            <w:gridSpan w:val="2"/>
            <w:vAlign w:val="center"/>
          </w:tcPr>
          <w:p w14:paraId="748711D8" w14:textId="77777777" w:rsidR="00687A20" w:rsidRDefault="004459BF">
            <w:r>
              <w:rPr>
                <w:sz w:val="12"/>
              </w:rPr>
              <w:t>Analiz/yorum kurulmamış.</w:t>
            </w:r>
          </w:p>
        </w:tc>
        <w:tc>
          <w:tcPr>
            <w:tcW w:w="1738" w:type="dxa"/>
            <w:vAlign w:val="center"/>
          </w:tcPr>
          <w:p w14:paraId="7CC471D1" w14:textId="77777777" w:rsidR="00687A20" w:rsidRDefault="00687A20"/>
        </w:tc>
      </w:tr>
      <w:tr w:rsidR="00687A20" w14:paraId="610CEDD8" w14:textId="77777777">
        <w:trPr>
          <w:jc w:val="center"/>
        </w:trPr>
        <w:tc>
          <w:tcPr>
            <w:tcW w:w="1738" w:type="dxa"/>
            <w:vAlign w:val="center"/>
          </w:tcPr>
          <w:p w14:paraId="5BB93E75" w14:textId="77777777" w:rsidR="00687A20" w:rsidRDefault="004459BF">
            <w:r>
              <w:rPr>
                <w:sz w:val="12"/>
              </w:rPr>
              <w:t>Sunum yapısı ve görsel materyal</w:t>
            </w:r>
            <w:r>
              <w:rPr>
                <w:sz w:val="12"/>
              </w:rPr>
              <w:br/>
              <w:t>(%15)</w:t>
            </w:r>
          </w:p>
        </w:tc>
        <w:tc>
          <w:tcPr>
            <w:tcW w:w="1738" w:type="dxa"/>
            <w:gridSpan w:val="2"/>
            <w:vAlign w:val="center"/>
          </w:tcPr>
          <w:p w14:paraId="6C9DF3A8" w14:textId="77777777" w:rsidR="00687A20" w:rsidRDefault="004459BF">
            <w:r>
              <w:rPr>
                <w:sz w:val="12"/>
              </w:rPr>
              <w:t>Akış çok iyi; şekil, grafik ve tablolar okunaklı ve işlevsel.</w:t>
            </w:r>
          </w:p>
        </w:tc>
        <w:tc>
          <w:tcPr>
            <w:tcW w:w="1738" w:type="dxa"/>
            <w:vAlign w:val="center"/>
          </w:tcPr>
          <w:p w14:paraId="0299561E" w14:textId="77777777" w:rsidR="00687A20" w:rsidRDefault="004459BF">
            <w:r>
              <w:rPr>
                <w:sz w:val="12"/>
              </w:rPr>
              <w:t>Genel olarak düzenli ve anlaşılır.</w:t>
            </w:r>
          </w:p>
        </w:tc>
        <w:tc>
          <w:tcPr>
            <w:tcW w:w="1738" w:type="dxa"/>
            <w:vAlign w:val="center"/>
          </w:tcPr>
          <w:p w14:paraId="4F896788" w14:textId="77777777" w:rsidR="00687A20" w:rsidRDefault="004459BF">
            <w:r>
              <w:rPr>
                <w:sz w:val="12"/>
              </w:rPr>
              <w:t>Akış veya görsellerde belirgin sorunlar var.</w:t>
            </w:r>
          </w:p>
        </w:tc>
        <w:tc>
          <w:tcPr>
            <w:tcW w:w="1738" w:type="dxa"/>
            <w:gridSpan w:val="2"/>
            <w:vAlign w:val="center"/>
          </w:tcPr>
          <w:p w14:paraId="6555B3CF" w14:textId="77777777" w:rsidR="00687A20" w:rsidRDefault="004459BF">
            <w:r>
              <w:rPr>
                <w:sz w:val="12"/>
              </w:rPr>
              <w:t>Sunum düzensiz; görseller yetersiz/okunamaz.</w:t>
            </w:r>
          </w:p>
        </w:tc>
        <w:tc>
          <w:tcPr>
            <w:tcW w:w="1738" w:type="dxa"/>
            <w:vAlign w:val="center"/>
          </w:tcPr>
          <w:p w14:paraId="23DFF028" w14:textId="77777777" w:rsidR="00687A20" w:rsidRDefault="00687A20"/>
        </w:tc>
      </w:tr>
      <w:tr w:rsidR="00687A20" w14:paraId="706A0F7E" w14:textId="77777777">
        <w:trPr>
          <w:jc w:val="center"/>
        </w:trPr>
        <w:tc>
          <w:tcPr>
            <w:tcW w:w="1738" w:type="dxa"/>
            <w:vAlign w:val="center"/>
          </w:tcPr>
          <w:p w14:paraId="480D63F7" w14:textId="77777777" w:rsidR="00687A20" w:rsidRDefault="004459BF">
            <w:r>
              <w:rPr>
                <w:sz w:val="12"/>
              </w:rPr>
              <w:t>Sözlü iletişim ve teknik dil</w:t>
            </w:r>
            <w:r>
              <w:rPr>
                <w:sz w:val="12"/>
              </w:rPr>
              <w:br/>
              <w:t>(%15)</w:t>
            </w:r>
          </w:p>
        </w:tc>
        <w:tc>
          <w:tcPr>
            <w:tcW w:w="1738" w:type="dxa"/>
            <w:gridSpan w:val="2"/>
            <w:vAlign w:val="center"/>
          </w:tcPr>
          <w:p w14:paraId="44C0D52B" w14:textId="77777777" w:rsidR="00687A20" w:rsidRDefault="004459BF">
            <w:r>
              <w:rPr>
                <w:sz w:val="12"/>
              </w:rPr>
              <w:t>Açık, akıcı, profesyonel; terminoloji doğru.</w:t>
            </w:r>
          </w:p>
        </w:tc>
        <w:tc>
          <w:tcPr>
            <w:tcW w:w="1738" w:type="dxa"/>
            <w:vAlign w:val="center"/>
          </w:tcPr>
          <w:p w14:paraId="34BEB5AD" w14:textId="77777777" w:rsidR="00687A20" w:rsidRDefault="004459BF">
            <w:r>
              <w:rPr>
                <w:sz w:val="12"/>
              </w:rPr>
              <w:t>Genel olarak açık; küçük ifade sorunları.</w:t>
            </w:r>
          </w:p>
        </w:tc>
        <w:tc>
          <w:tcPr>
            <w:tcW w:w="1738" w:type="dxa"/>
            <w:vAlign w:val="center"/>
          </w:tcPr>
          <w:p w14:paraId="134C8CA3" w14:textId="77777777" w:rsidR="00687A20" w:rsidRDefault="004459BF">
            <w:r>
              <w:rPr>
                <w:sz w:val="12"/>
              </w:rPr>
              <w:t>Akıcılık/terminoloji sorunları anlaşılmayı etkiliyor.</w:t>
            </w:r>
          </w:p>
        </w:tc>
        <w:tc>
          <w:tcPr>
            <w:tcW w:w="1738" w:type="dxa"/>
            <w:gridSpan w:val="2"/>
            <w:vAlign w:val="center"/>
          </w:tcPr>
          <w:p w14:paraId="7ABBF412" w14:textId="77777777" w:rsidR="00687A20" w:rsidRDefault="004459BF">
            <w:r>
              <w:rPr>
                <w:sz w:val="12"/>
              </w:rPr>
              <w:t>Anlatım anlaşılmayı ciddi biçimde engelliyor.</w:t>
            </w:r>
          </w:p>
        </w:tc>
        <w:tc>
          <w:tcPr>
            <w:tcW w:w="1738" w:type="dxa"/>
            <w:vAlign w:val="center"/>
          </w:tcPr>
          <w:p w14:paraId="178F52D9" w14:textId="77777777" w:rsidR="00687A20" w:rsidRDefault="00687A20"/>
        </w:tc>
      </w:tr>
      <w:tr w:rsidR="00687A20" w14:paraId="4A04C792" w14:textId="77777777">
        <w:trPr>
          <w:jc w:val="center"/>
        </w:trPr>
        <w:tc>
          <w:tcPr>
            <w:tcW w:w="1738" w:type="dxa"/>
            <w:vAlign w:val="center"/>
          </w:tcPr>
          <w:p w14:paraId="2FE14B9C" w14:textId="77777777" w:rsidR="00687A20" w:rsidRDefault="004459BF">
            <w:r>
              <w:rPr>
                <w:sz w:val="12"/>
              </w:rPr>
              <w:t>Süre yönetimi ve odak</w:t>
            </w:r>
            <w:r>
              <w:rPr>
                <w:sz w:val="12"/>
              </w:rPr>
              <w:br/>
              <w:t>(%10)</w:t>
            </w:r>
          </w:p>
        </w:tc>
        <w:tc>
          <w:tcPr>
            <w:tcW w:w="1738" w:type="dxa"/>
            <w:gridSpan w:val="2"/>
            <w:vAlign w:val="center"/>
          </w:tcPr>
          <w:p w14:paraId="711E7CCE" w14:textId="77777777" w:rsidR="00687A20" w:rsidRDefault="004459BF">
            <w:r>
              <w:rPr>
                <w:sz w:val="12"/>
              </w:rPr>
              <w:t>Süre tam ve dengeli kullanılmış; gereksiz ayrıntı yok.</w:t>
            </w:r>
          </w:p>
        </w:tc>
        <w:tc>
          <w:tcPr>
            <w:tcW w:w="1738" w:type="dxa"/>
            <w:vAlign w:val="center"/>
          </w:tcPr>
          <w:p w14:paraId="39A6E292" w14:textId="77777777" w:rsidR="00687A20" w:rsidRDefault="004459BF">
            <w:r>
              <w:rPr>
                <w:sz w:val="12"/>
              </w:rPr>
              <w:t>Küçük süre/odak sapmaları var.</w:t>
            </w:r>
          </w:p>
        </w:tc>
        <w:tc>
          <w:tcPr>
            <w:tcW w:w="1738" w:type="dxa"/>
            <w:vAlign w:val="center"/>
          </w:tcPr>
          <w:p w14:paraId="524EDF11" w14:textId="77777777" w:rsidR="00687A20" w:rsidRDefault="004459BF">
            <w:r>
              <w:rPr>
                <w:sz w:val="12"/>
              </w:rPr>
              <w:t>Belirgin süre yönetimi sorunu var.</w:t>
            </w:r>
          </w:p>
        </w:tc>
        <w:tc>
          <w:tcPr>
            <w:tcW w:w="1738" w:type="dxa"/>
            <w:gridSpan w:val="2"/>
            <w:vAlign w:val="center"/>
          </w:tcPr>
          <w:p w14:paraId="36D07BD3" w14:textId="77777777" w:rsidR="00687A20" w:rsidRDefault="004459BF">
            <w:r>
              <w:rPr>
                <w:sz w:val="12"/>
              </w:rPr>
              <w:t>Süre ve kapsam kontrol edilemiyor.</w:t>
            </w:r>
          </w:p>
        </w:tc>
        <w:tc>
          <w:tcPr>
            <w:tcW w:w="1738" w:type="dxa"/>
            <w:vAlign w:val="center"/>
          </w:tcPr>
          <w:p w14:paraId="772B0FA9" w14:textId="77777777" w:rsidR="00687A20" w:rsidRDefault="00687A20"/>
        </w:tc>
      </w:tr>
      <w:tr w:rsidR="00687A20" w14:paraId="02E976F6" w14:textId="77777777">
        <w:trPr>
          <w:jc w:val="center"/>
        </w:trPr>
        <w:tc>
          <w:tcPr>
            <w:tcW w:w="1738" w:type="dxa"/>
            <w:vAlign w:val="center"/>
          </w:tcPr>
          <w:p w14:paraId="34690B93" w14:textId="77777777" w:rsidR="00687A20" w:rsidRDefault="004459BF">
            <w:r>
              <w:rPr>
                <w:sz w:val="12"/>
              </w:rPr>
              <w:t>Sorulara yanıt ve savunma</w:t>
            </w:r>
            <w:r>
              <w:rPr>
                <w:sz w:val="12"/>
              </w:rPr>
              <w:br/>
              <w:t>(%10)</w:t>
            </w:r>
          </w:p>
        </w:tc>
        <w:tc>
          <w:tcPr>
            <w:tcW w:w="1738" w:type="dxa"/>
            <w:gridSpan w:val="2"/>
            <w:vAlign w:val="center"/>
          </w:tcPr>
          <w:p w14:paraId="3CEDD095" w14:textId="77777777" w:rsidR="00687A20" w:rsidRDefault="004459BF">
            <w:r>
              <w:rPr>
                <w:sz w:val="12"/>
              </w:rPr>
              <w:t>Soruları doğru, gerekçeli ve kanıta dayalı yanıtlıyor.</w:t>
            </w:r>
          </w:p>
        </w:tc>
        <w:tc>
          <w:tcPr>
            <w:tcW w:w="1738" w:type="dxa"/>
            <w:vAlign w:val="center"/>
          </w:tcPr>
          <w:p w14:paraId="0A67B73A" w14:textId="77777777" w:rsidR="00687A20" w:rsidRDefault="004459BF">
            <w:r>
              <w:rPr>
                <w:sz w:val="12"/>
              </w:rPr>
              <w:t>Çoğu soruya yeterli yanıt veriyor.</w:t>
            </w:r>
          </w:p>
        </w:tc>
        <w:tc>
          <w:tcPr>
            <w:tcW w:w="1738" w:type="dxa"/>
            <w:vAlign w:val="center"/>
          </w:tcPr>
          <w:p w14:paraId="47ECF068" w14:textId="77777777" w:rsidR="00687A20" w:rsidRDefault="004459BF">
            <w:r>
              <w:rPr>
                <w:sz w:val="12"/>
              </w:rPr>
              <w:t>Yanıtlar kısmen doğru/yüzeysel.</w:t>
            </w:r>
          </w:p>
        </w:tc>
        <w:tc>
          <w:tcPr>
            <w:tcW w:w="1738" w:type="dxa"/>
            <w:gridSpan w:val="2"/>
            <w:vAlign w:val="center"/>
          </w:tcPr>
          <w:p w14:paraId="67CF926E" w14:textId="77777777" w:rsidR="00687A20" w:rsidRDefault="004459BF">
            <w:r>
              <w:rPr>
                <w:sz w:val="12"/>
              </w:rPr>
              <w:t>Sorulara yeterli yanıt veremiyor.</w:t>
            </w:r>
          </w:p>
        </w:tc>
        <w:tc>
          <w:tcPr>
            <w:tcW w:w="1738" w:type="dxa"/>
            <w:vAlign w:val="center"/>
          </w:tcPr>
          <w:p w14:paraId="21317F32" w14:textId="77777777" w:rsidR="00687A20" w:rsidRDefault="00687A20"/>
        </w:tc>
      </w:tr>
      <w:tr w:rsidR="00687A20" w14:paraId="6B205FEB" w14:textId="77777777">
        <w:trPr>
          <w:jc w:val="center"/>
        </w:trPr>
        <w:tc>
          <w:tcPr>
            <w:tcW w:w="1738" w:type="dxa"/>
            <w:vAlign w:val="center"/>
          </w:tcPr>
          <w:p w14:paraId="51856E05" w14:textId="77777777" w:rsidR="00687A20" w:rsidRDefault="004459BF">
            <w:r>
              <w:rPr>
                <w:sz w:val="12"/>
              </w:rPr>
              <w:t>Takım çalışması ve görev paylaşımı (grup sunumuysa)</w:t>
            </w:r>
            <w:r>
              <w:rPr>
                <w:sz w:val="12"/>
              </w:rPr>
              <w:br/>
              <w:t>(%5)</w:t>
            </w:r>
          </w:p>
        </w:tc>
        <w:tc>
          <w:tcPr>
            <w:tcW w:w="1738" w:type="dxa"/>
            <w:gridSpan w:val="2"/>
            <w:vAlign w:val="center"/>
          </w:tcPr>
          <w:p w14:paraId="06DA8792" w14:textId="77777777" w:rsidR="00687A20" w:rsidRDefault="004459BF">
            <w:r>
              <w:rPr>
                <w:sz w:val="12"/>
              </w:rPr>
              <w:t>Katılım dengeli; geçişler ve koordinasyon güçlü.</w:t>
            </w:r>
          </w:p>
        </w:tc>
        <w:tc>
          <w:tcPr>
            <w:tcW w:w="1738" w:type="dxa"/>
            <w:vAlign w:val="center"/>
          </w:tcPr>
          <w:p w14:paraId="088F96AD" w14:textId="77777777" w:rsidR="00687A20" w:rsidRDefault="004459BF">
            <w:r>
              <w:rPr>
                <w:sz w:val="12"/>
              </w:rPr>
              <w:t>Genel olarak dengeli.</w:t>
            </w:r>
          </w:p>
        </w:tc>
        <w:tc>
          <w:tcPr>
            <w:tcW w:w="1738" w:type="dxa"/>
            <w:vAlign w:val="center"/>
          </w:tcPr>
          <w:p w14:paraId="07942BE4" w14:textId="77777777" w:rsidR="00687A20" w:rsidRDefault="004459BF">
            <w:r>
              <w:rPr>
                <w:sz w:val="12"/>
              </w:rPr>
              <w:t>Katılım belirgin biçimde dengesiz.</w:t>
            </w:r>
          </w:p>
        </w:tc>
        <w:tc>
          <w:tcPr>
            <w:tcW w:w="1738" w:type="dxa"/>
            <w:gridSpan w:val="2"/>
            <w:vAlign w:val="center"/>
          </w:tcPr>
          <w:p w14:paraId="5A64706A" w14:textId="77777777" w:rsidR="00687A20" w:rsidRDefault="004459BF">
            <w:r>
              <w:rPr>
                <w:sz w:val="12"/>
              </w:rPr>
              <w:t>Koordinasyon/görev paylaşımı yok.</w:t>
            </w:r>
          </w:p>
        </w:tc>
        <w:tc>
          <w:tcPr>
            <w:tcW w:w="1738" w:type="dxa"/>
            <w:vAlign w:val="center"/>
          </w:tcPr>
          <w:p w14:paraId="5A398140" w14:textId="77777777" w:rsidR="00687A20" w:rsidRDefault="00687A20"/>
        </w:tc>
      </w:tr>
    </w:tbl>
    <w:p w14:paraId="540CBB3F" w14:textId="77777777" w:rsidR="00687A20" w:rsidRDefault="004459BF">
      <w:r>
        <w:t>TOPLAM PUAN: …… / 100     |     Başarı Düzeyi: ☐ Çok İyi  ☐ İyi  ☐ Geliştirilmeli  ☐ Yetersiz</w:t>
      </w:r>
    </w:p>
    <w:p w14:paraId="077849EA" w14:textId="77777777" w:rsidR="00687A20" w:rsidRDefault="004459BF">
      <w:r>
        <w:t>Değerlendirici görüşü / iyileştirme notu: ______________________________________________________________________________</w:t>
      </w:r>
    </w:p>
    <w:p w14:paraId="7244C1A4" w14:textId="77777777" w:rsidR="001F1D13" w:rsidRDefault="001F1D13">
      <w:pPr>
        <w:pStyle w:val="Heading1"/>
      </w:pPr>
    </w:p>
    <w:p w14:paraId="018103FF" w14:textId="77777777" w:rsidR="001F1D13" w:rsidRDefault="001F1D13" w:rsidP="001F1D13"/>
    <w:p w14:paraId="2573BCD6" w14:textId="77777777" w:rsidR="001F1D13" w:rsidRPr="001F1D13" w:rsidRDefault="001F1D13" w:rsidP="001F1D13"/>
    <w:p w14:paraId="2CB84A4F" w14:textId="22F0283F" w:rsidR="00687A20" w:rsidRDefault="004459BF">
      <w:pPr>
        <w:pStyle w:val="Heading1"/>
      </w:pPr>
      <w:r>
        <w:lastRenderedPageBreak/>
        <w:t>3. Bitirme Projesi / Bitirme Raporu Değerlendirme Rubriği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37"/>
        <w:gridCol w:w="868"/>
        <w:gridCol w:w="869"/>
        <w:gridCol w:w="1736"/>
        <w:gridCol w:w="1736"/>
        <w:gridCol w:w="868"/>
        <w:gridCol w:w="869"/>
        <w:gridCol w:w="1733"/>
      </w:tblGrid>
      <w:tr w:rsidR="00687A20" w14:paraId="249ECCA5" w14:textId="77777777">
        <w:trPr>
          <w:jc w:val="center"/>
        </w:trPr>
        <w:tc>
          <w:tcPr>
            <w:tcW w:w="2606" w:type="dxa"/>
            <w:gridSpan w:val="2"/>
            <w:shd w:val="clear" w:color="auto" w:fill="D9EAF7"/>
            <w:vAlign w:val="center"/>
          </w:tcPr>
          <w:p w14:paraId="35078A4C" w14:textId="77777777" w:rsidR="00687A20" w:rsidRDefault="004459BF">
            <w:r>
              <w:rPr>
                <w:b/>
                <w:sz w:val="14"/>
              </w:rPr>
              <w:t>Ders / Proje</w:t>
            </w:r>
          </w:p>
        </w:tc>
        <w:tc>
          <w:tcPr>
            <w:tcW w:w="2606" w:type="dxa"/>
            <w:gridSpan w:val="2"/>
            <w:shd w:val="clear" w:color="auto" w:fill="D9EAF7"/>
            <w:vAlign w:val="center"/>
          </w:tcPr>
          <w:p w14:paraId="7D515807" w14:textId="77777777" w:rsidR="00687A20" w:rsidRDefault="004459BF">
            <w:r>
              <w:rPr>
                <w:b/>
                <w:sz w:val="14"/>
              </w:rPr>
              <w:t>Öğrenci(ler)</w:t>
            </w:r>
          </w:p>
        </w:tc>
        <w:tc>
          <w:tcPr>
            <w:tcW w:w="2606" w:type="dxa"/>
            <w:gridSpan w:val="2"/>
            <w:shd w:val="clear" w:color="auto" w:fill="D9EAF7"/>
            <w:vAlign w:val="center"/>
          </w:tcPr>
          <w:p w14:paraId="34AAFD41" w14:textId="77777777" w:rsidR="00687A20" w:rsidRDefault="004459BF">
            <w:r>
              <w:rPr>
                <w:b/>
                <w:sz w:val="14"/>
              </w:rPr>
              <w:t>Değerlendirici</w:t>
            </w:r>
          </w:p>
        </w:tc>
        <w:tc>
          <w:tcPr>
            <w:tcW w:w="2606" w:type="dxa"/>
            <w:gridSpan w:val="2"/>
            <w:shd w:val="clear" w:color="auto" w:fill="D9EAF7"/>
            <w:vAlign w:val="center"/>
          </w:tcPr>
          <w:p w14:paraId="1EC27212" w14:textId="77777777" w:rsidR="00687A20" w:rsidRDefault="004459BF">
            <w:r>
              <w:rPr>
                <w:b/>
                <w:sz w:val="14"/>
              </w:rPr>
              <w:t>Tarih</w:t>
            </w:r>
          </w:p>
        </w:tc>
      </w:tr>
      <w:tr w:rsidR="00687A20" w14:paraId="11E3B5EC" w14:textId="77777777">
        <w:trPr>
          <w:jc w:val="center"/>
        </w:trPr>
        <w:tc>
          <w:tcPr>
            <w:tcW w:w="2606" w:type="dxa"/>
            <w:gridSpan w:val="2"/>
            <w:vAlign w:val="center"/>
          </w:tcPr>
          <w:p w14:paraId="7B1DA0F1" w14:textId="77777777" w:rsidR="00687A20" w:rsidRDefault="004459BF">
            <w:r>
              <w:rPr>
                <w:sz w:val="14"/>
              </w:rPr>
              <w:t>……………………</w:t>
            </w:r>
          </w:p>
        </w:tc>
        <w:tc>
          <w:tcPr>
            <w:tcW w:w="2606" w:type="dxa"/>
            <w:gridSpan w:val="2"/>
            <w:vAlign w:val="center"/>
          </w:tcPr>
          <w:p w14:paraId="3AB436EF" w14:textId="77777777" w:rsidR="00687A20" w:rsidRDefault="004459BF">
            <w:r>
              <w:rPr>
                <w:sz w:val="14"/>
              </w:rPr>
              <w:t>……………………</w:t>
            </w:r>
          </w:p>
        </w:tc>
        <w:tc>
          <w:tcPr>
            <w:tcW w:w="2606" w:type="dxa"/>
            <w:gridSpan w:val="2"/>
            <w:vAlign w:val="center"/>
          </w:tcPr>
          <w:p w14:paraId="2EAC528E" w14:textId="77777777" w:rsidR="00687A20" w:rsidRDefault="004459BF">
            <w:r>
              <w:rPr>
                <w:sz w:val="14"/>
              </w:rPr>
              <w:t>……………………</w:t>
            </w:r>
          </w:p>
        </w:tc>
        <w:tc>
          <w:tcPr>
            <w:tcW w:w="2606" w:type="dxa"/>
            <w:gridSpan w:val="2"/>
            <w:vAlign w:val="center"/>
          </w:tcPr>
          <w:p w14:paraId="23E7E25C" w14:textId="77777777" w:rsidR="00687A20" w:rsidRDefault="004459BF">
            <w:r>
              <w:rPr>
                <w:sz w:val="14"/>
              </w:rPr>
              <w:t>… / … / 20…</w:t>
            </w:r>
          </w:p>
        </w:tc>
      </w:tr>
      <w:tr w:rsidR="00687A20" w14:paraId="27CC9855" w14:textId="77777777">
        <w:trPr>
          <w:jc w:val="center"/>
        </w:trPr>
        <w:tc>
          <w:tcPr>
            <w:tcW w:w="1738" w:type="dxa"/>
            <w:shd w:val="clear" w:color="auto" w:fill="D9EAF7"/>
            <w:vAlign w:val="center"/>
          </w:tcPr>
          <w:p w14:paraId="67C6D1AF" w14:textId="77777777" w:rsidR="00687A20" w:rsidRDefault="004459BF">
            <w:r>
              <w:rPr>
                <w:b/>
                <w:sz w:val="12"/>
              </w:rPr>
              <w:t>Ölçüt / Ağırlık</w:t>
            </w:r>
          </w:p>
        </w:tc>
        <w:tc>
          <w:tcPr>
            <w:tcW w:w="1738" w:type="dxa"/>
            <w:gridSpan w:val="2"/>
            <w:shd w:val="clear" w:color="auto" w:fill="D9EAF7"/>
            <w:vAlign w:val="center"/>
          </w:tcPr>
          <w:p w14:paraId="51671432" w14:textId="77777777" w:rsidR="00687A20" w:rsidRDefault="004459BF">
            <w:r>
              <w:rPr>
                <w:b/>
                <w:sz w:val="12"/>
              </w:rPr>
              <w:t>4 - Çok İyi</w:t>
            </w:r>
          </w:p>
        </w:tc>
        <w:tc>
          <w:tcPr>
            <w:tcW w:w="1738" w:type="dxa"/>
            <w:shd w:val="clear" w:color="auto" w:fill="D9EAF7"/>
            <w:vAlign w:val="center"/>
          </w:tcPr>
          <w:p w14:paraId="7A7E9209" w14:textId="77777777" w:rsidR="00687A20" w:rsidRDefault="004459BF">
            <w:r>
              <w:rPr>
                <w:b/>
                <w:sz w:val="12"/>
              </w:rPr>
              <w:t>3 - İyi</w:t>
            </w:r>
          </w:p>
        </w:tc>
        <w:tc>
          <w:tcPr>
            <w:tcW w:w="1738" w:type="dxa"/>
            <w:shd w:val="clear" w:color="auto" w:fill="D9EAF7"/>
            <w:vAlign w:val="center"/>
          </w:tcPr>
          <w:p w14:paraId="64B5553C" w14:textId="77777777" w:rsidR="00687A20" w:rsidRDefault="004459BF">
            <w:r>
              <w:rPr>
                <w:b/>
                <w:sz w:val="12"/>
              </w:rPr>
              <w:t>2 - Geliştirilmeli</w:t>
            </w:r>
          </w:p>
        </w:tc>
        <w:tc>
          <w:tcPr>
            <w:tcW w:w="1738" w:type="dxa"/>
            <w:gridSpan w:val="2"/>
            <w:shd w:val="clear" w:color="auto" w:fill="D9EAF7"/>
            <w:vAlign w:val="center"/>
          </w:tcPr>
          <w:p w14:paraId="1B93C347" w14:textId="77777777" w:rsidR="00687A20" w:rsidRDefault="004459BF">
            <w:r>
              <w:rPr>
                <w:b/>
                <w:sz w:val="12"/>
              </w:rPr>
              <w:t>1 - Yetersiz</w:t>
            </w:r>
          </w:p>
        </w:tc>
        <w:tc>
          <w:tcPr>
            <w:tcW w:w="1738" w:type="dxa"/>
            <w:shd w:val="clear" w:color="auto" w:fill="D9EAF7"/>
            <w:vAlign w:val="center"/>
          </w:tcPr>
          <w:p w14:paraId="0EB74487" w14:textId="77777777" w:rsidR="00687A20" w:rsidRDefault="004459BF">
            <w:r>
              <w:rPr>
                <w:b/>
                <w:sz w:val="12"/>
              </w:rPr>
              <w:t>Puan</w:t>
            </w:r>
          </w:p>
        </w:tc>
      </w:tr>
      <w:tr w:rsidR="00687A20" w14:paraId="6B43211B" w14:textId="77777777">
        <w:trPr>
          <w:jc w:val="center"/>
        </w:trPr>
        <w:tc>
          <w:tcPr>
            <w:tcW w:w="1738" w:type="dxa"/>
            <w:vAlign w:val="center"/>
          </w:tcPr>
          <w:p w14:paraId="6EFCAB93" w14:textId="77777777" w:rsidR="00687A20" w:rsidRDefault="004459BF">
            <w:r>
              <w:rPr>
                <w:sz w:val="12"/>
              </w:rPr>
              <w:t>Problem tanımı, amaç, kapsam ve literatür</w:t>
            </w:r>
            <w:r>
              <w:rPr>
                <w:sz w:val="12"/>
              </w:rPr>
              <w:br/>
              <w:t>(%10)</w:t>
            </w:r>
          </w:p>
        </w:tc>
        <w:tc>
          <w:tcPr>
            <w:tcW w:w="1738" w:type="dxa"/>
            <w:gridSpan w:val="2"/>
            <w:vAlign w:val="center"/>
          </w:tcPr>
          <w:p w14:paraId="6E4F172B" w14:textId="77777777" w:rsidR="00687A20" w:rsidRDefault="004459BF">
            <w:r>
              <w:rPr>
                <w:sz w:val="12"/>
              </w:rPr>
              <w:t>Mühendislik problemi açık; amaç/kapsam tutarlı; literatür yeterli ve eleştirel.</w:t>
            </w:r>
          </w:p>
        </w:tc>
        <w:tc>
          <w:tcPr>
            <w:tcW w:w="1738" w:type="dxa"/>
            <w:vAlign w:val="center"/>
          </w:tcPr>
          <w:p w14:paraId="6B38B4B2" w14:textId="77777777" w:rsidR="00687A20" w:rsidRDefault="004459BF">
            <w:r>
              <w:rPr>
                <w:sz w:val="12"/>
              </w:rPr>
              <w:t>Genel olarak güçlü; küçük eksikler var.</w:t>
            </w:r>
          </w:p>
        </w:tc>
        <w:tc>
          <w:tcPr>
            <w:tcW w:w="1738" w:type="dxa"/>
            <w:vAlign w:val="center"/>
          </w:tcPr>
          <w:p w14:paraId="7978F60A" w14:textId="77777777" w:rsidR="00687A20" w:rsidRDefault="004459BF">
            <w:r>
              <w:rPr>
                <w:sz w:val="12"/>
              </w:rPr>
              <w:t>Problem/literatür bağlantısı sınırlı.</w:t>
            </w:r>
          </w:p>
        </w:tc>
        <w:tc>
          <w:tcPr>
            <w:tcW w:w="1738" w:type="dxa"/>
            <w:gridSpan w:val="2"/>
            <w:vAlign w:val="center"/>
          </w:tcPr>
          <w:p w14:paraId="3083D4B2" w14:textId="77777777" w:rsidR="00687A20" w:rsidRDefault="004459BF">
            <w:r>
              <w:rPr>
                <w:sz w:val="12"/>
              </w:rPr>
              <w:t>Problem ve amaç belirsiz; literatür yetersiz.</w:t>
            </w:r>
          </w:p>
        </w:tc>
        <w:tc>
          <w:tcPr>
            <w:tcW w:w="1738" w:type="dxa"/>
            <w:vAlign w:val="center"/>
          </w:tcPr>
          <w:p w14:paraId="4C837C44" w14:textId="77777777" w:rsidR="00687A20" w:rsidRDefault="00687A20"/>
        </w:tc>
      </w:tr>
      <w:tr w:rsidR="00687A20" w14:paraId="02EE6CF4" w14:textId="77777777">
        <w:trPr>
          <w:jc w:val="center"/>
        </w:trPr>
        <w:tc>
          <w:tcPr>
            <w:tcW w:w="1738" w:type="dxa"/>
            <w:vAlign w:val="center"/>
          </w:tcPr>
          <w:p w14:paraId="0959F1F0" w14:textId="77777777" w:rsidR="00687A20" w:rsidRDefault="004459BF">
            <w:r>
              <w:rPr>
                <w:sz w:val="12"/>
              </w:rPr>
              <w:t>Petrol Mühendisliği teknik bilgisi ve doğruluk</w:t>
            </w:r>
            <w:r>
              <w:rPr>
                <w:sz w:val="12"/>
              </w:rPr>
              <w:br/>
              <w:t>(%15)</w:t>
            </w:r>
          </w:p>
        </w:tc>
        <w:tc>
          <w:tcPr>
            <w:tcW w:w="1738" w:type="dxa"/>
            <w:gridSpan w:val="2"/>
            <w:vAlign w:val="center"/>
          </w:tcPr>
          <w:p w14:paraId="5AA331AB" w14:textId="77777777" w:rsidR="00687A20" w:rsidRDefault="004459BF">
            <w:r>
              <w:rPr>
                <w:sz w:val="12"/>
              </w:rPr>
              <w:t>Disiplin bilgisi doğru ve derin; birimler/varsayımlar tutarlı.</w:t>
            </w:r>
          </w:p>
        </w:tc>
        <w:tc>
          <w:tcPr>
            <w:tcW w:w="1738" w:type="dxa"/>
            <w:vAlign w:val="center"/>
          </w:tcPr>
          <w:p w14:paraId="41B550C7" w14:textId="77777777" w:rsidR="00687A20" w:rsidRDefault="004459BF">
            <w:r>
              <w:rPr>
                <w:sz w:val="12"/>
              </w:rPr>
              <w:t>Küçük teknik eksiklerle doğru.</w:t>
            </w:r>
          </w:p>
        </w:tc>
        <w:tc>
          <w:tcPr>
            <w:tcW w:w="1738" w:type="dxa"/>
            <w:vAlign w:val="center"/>
          </w:tcPr>
          <w:p w14:paraId="63E8AC18" w14:textId="77777777" w:rsidR="00687A20" w:rsidRDefault="004459BF">
            <w:r>
              <w:rPr>
                <w:sz w:val="12"/>
              </w:rPr>
              <w:t>Önemli kavramsal/hesap hataları var.</w:t>
            </w:r>
          </w:p>
        </w:tc>
        <w:tc>
          <w:tcPr>
            <w:tcW w:w="1738" w:type="dxa"/>
            <w:gridSpan w:val="2"/>
            <w:vAlign w:val="center"/>
          </w:tcPr>
          <w:p w14:paraId="701F11B2" w14:textId="77777777" w:rsidR="00687A20" w:rsidRDefault="004459BF">
            <w:r>
              <w:rPr>
                <w:sz w:val="12"/>
              </w:rPr>
              <w:t>Temel teknik yaklaşım yetersiz.</w:t>
            </w:r>
          </w:p>
        </w:tc>
        <w:tc>
          <w:tcPr>
            <w:tcW w:w="1738" w:type="dxa"/>
            <w:vAlign w:val="center"/>
          </w:tcPr>
          <w:p w14:paraId="72F6D8F7" w14:textId="77777777" w:rsidR="00687A20" w:rsidRDefault="00687A20"/>
        </w:tc>
      </w:tr>
      <w:tr w:rsidR="00687A20" w14:paraId="37F706D4" w14:textId="77777777">
        <w:trPr>
          <w:jc w:val="center"/>
        </w:trPr>
        <w:tc>
          <w:tcPr>
            <w:tcW w:w="1738" w:type="dxa"/>
            <w:vAlign w:val="center"/>
          </w:tcPr>
          <w:p w14:paraId="0FD66B70" w14:textId="77777777" w:rsidR="00687A20" w:rsidRDefault="004459BF">
            <w:r>
              <w:rPr>
                <w:sz w:val="12"/>
              </w:rPr>
              <w:t>Mühendislik analizi, modelleme ve problem çözme</w:t>
            </w:r>
            <w:r>
              <w:rPr>
                <w:sz w:val="12"/>
              </w:rPr>
              <w:br/>
              <w:t>(%20)</w:t>
            </w:r>
          </w:p>
        </w:tc>
        <w:tc>
          <w:tcPr>
            <w:tcW w:w="1738" w:type="dxa"/>
            <w:gridSpan w:val="2"/>
            <w:vAlign w:val="center"/>
          </w:tcPr>
          <w:p w14:paraId="2FE47445" w14:textId="77777777" w:rsidR="00687A20" w:rsidRDefault="004459BF">
            <w:r>
              <w:rPr>
                <w:sz w:val="12"/>
              </w:rPr>
              <w:t>Uygun yöntem/model seçilmiş, doğrulanmış ve sonuçlar eleştirel yorumlanmış.</w:t>
            </w:r>
          </w:p>
        </w:tc>
        <w:tc>
          <w:tcPr>
            <w:tcW w:w="1738" w:type="dxa"/>
            <w:vAlign w:val="center"/>
          </w:tcPr>
          <w:p w14:paraId="6A4D379B" w14:textId="77777777" w:rsidR="00687A20" w:rsidRDefault="004459BF">
            <w:r>
              <w:rPr>
                <w:sz w:val="12"/>
              </w:rPr>
              <w:t>Yöntem uygun; analiz büyük ölçüde doğru.</w:t>
            </w:r>
          </w:p>
        </w:tc>
        <w:tc>
          <w:tcPr>
            <w:tcW w:w="1738" w:type="dxa"/>
            <w:vAlign w:val="center"/>
          </w:tcPr>
          <w:p w14:paraId="2F5B2C85" w14:textId="77777777" w:rsidR="00687A20" w:rsidRDefault="004459BF">
            <w:r>
              <w:rPr>
                <w:sz w:val="12"/>
              </w:rPr>
              <w:t>Analiz sınırlı; doğrulama/yorum eksik.</w:t>
            </w:r>
          </w:p>
        </w:tc>
        <w:tc>
          <w:tcPr>
            <w:tcW w:w="1738" w:type="dxa"/>
            <w:gridSpan w:val="2"/>
            <w:vAlign w:val="center"/>
          </w:tcPr>
          <w:p w14:paraId="57C7C3C8" w14:textId="77777777" w:rsidR="00687A20" w:rsidRDefault="004459BF">
            <w:r>
              <w:rPr>
                <w:sz w:val="12"/>
              </w:rPr>
              <w:t>Uygun analiz/modelleme ortaya konmamış.</w:t>
            </w:r>
          </w:p>
        </w:tc>
        <w:tc>
          <w:tcPr>
            <w:tcW w:w="1738" w:type="dxa"/>
            <w:vAlign w:val="center"/>
          </w:tcPr>
          <w:p w14:paraId="25AEA4DA" w14:textId="77777777" w:rsidR="00687A20" w:rsidRDefault="00687A20"/>
        </w:tc>
      </w:tr>
      <w:tr w:rsidR="00687A20" w14:paraId="6790BDB3" w14:textId="77777777">
        <w:trPr>
          <w:jc w:val="center"/>
        </w:trPr>
        <w:tc>
          <w:tcPr>
            <w:tcW w:w="1738" w:type="dxa"/>
            <w:vAlign w:val="center"/>
          </w:tcPr>
          <w:p w14:paraId="1ACDBF5F" w14:textId="77777777" w:rsidR="00687A20" w:rsidRDefault="004459BF">
            <w:r>
              <w:rPr>
                <w:sz w:val="12"/>
              </w:rPr>
              <w:t>Tasarım yaklaşımı ve gerçekçi kısıtlar</w:t>
            </w:r>
            <w:r>
              <w:rPr>
                <w:sz w:val="12"/>
              </w:rPr>
              <w:br/>
              <w:t>(%15)</w:t>
            </w:r>
          </w:p>
        </w:tc>
        <w:tc>
          <w:tcPr>
            <w:tcW w:w="1738" w:type="dxa"/>
            <w:gridSpan w:val="2"/>
            <w:vAlign w:val="center"/>
          </w:tcPr>
          <w:p w14:paraId="62335682" w14:textId="77777777" w:rsidR="00687A20" w:rsidRDefault="004459BF">
            <w:r>
              <w:rPr>
                <w:sz w:val="12"/>
              </w:rPr>
              <w:t>Teknik, ekonomik, çevresel, güvenlik ve uygulanabilirlik kısıtları bütünleşik ele alınmış.</w:t>
            </w:r>
          </w:p>
        </w:tc>
        <w:tc>
          <w:tcPr>
            <w:tcW w:w="1738" w:type="dxa"/>
            <w:vAlign w:val="center"/>
          </w:tcPr>
          <w:p w14:paraId="668A9F80" w14:textId="77777777" w:rsidR="00687A20" w:rsidRDefault="004459BF">
            <w:r>
              <w:rPr>
                <w:sz w:val="12"/>
              </w:rPr>
              <w:t>Birçok gerçekçi kısıt uygun biçimde dikkate alınmış.</w:t>
            </w:r>
          </w:p>
        </w:tc>
        <w:tc>
          <w:tcPr>
            <w:tcW w:w="1738" w:type="dxa"/>
            <w:vAlign w:val="center"/>
          </w:tcPr>
          <w:p w14:paraId="6F15EF61" w14:textId="77777777" w:rsidR="00687A20" w:rsidRDefault="004459BF">
            <w:r>
              <w:rPr>
                <w:sz w:val="12"/>
              </w:rPr>
              <w:t>Kısıtlar sınırlı veya yüzeysel ele alınmış.</w:t>
            </w:r>
          </w:p>
        </w:tc>
        <w:tc>
          <w:tcPr>
            <w:tcW w:w="1738" w:type="dxa"/>
            <w:gridSpan w:val="2"/>
            <w:vAlign w:val="center"/>
          </w:tcPr>
          <w:p w14:paraId="378D3C13" w14:textId="77777777" w:rsidR="00687A20" w:rsidRDefault="004459BF">
            <w:r>
              <w:rPr>
                <w:sz w:val="12"/>
              </w:rPr>
              <w:t>Tasarım gereksinimleri/kısıtlar dikkate alınmamış.</w:t>
            </w:r>
          </w:p>
        </w:tc>
        <w:tc>
          <w:tcPr>
            <w:tcW w:w="1738" w:type="dxa"/>
            <w:vAlign w:val="center"/>
          </w:tcPr>
          <w:p w14:paraId="404664AB" w14:textId="77777777" w:rsidR="00687A20" w:rsidRDefault="00687A20"/>
        </w:tc>
      </w:tr>
      <w:tr w:rsidR="00687A20" w14:paraId="25A33C0E" w14:textId="77777777">
        <w:trPr>
          <w:jc w:val="center"/>
        </w:trPr>
        <w:tc>
          <w:tcPr>
            <w:tcW w:w="1738" w:type="dxa"/>
            <w:vAlign w:val="center"/>
          </w:tcPr>
          <w:p w14:paraId="36CA641B" w14:textId="77777777" w:rsidR="00687A20" w:rsidRDefault="004459BF">
            <w:r>
              <w:rPr>
                <w:sz w:val="12"/>
              </w:rPr>
              <w:t>Veri, deney, yazılım ve modern mühendislik araçları</w:t>
            </w:r>
            <w:r>
              <w:rPr>
                <w:sz w:val="12"/>
              </w:rPr>
              <w:br/>
              <w:t>(%10)</w:t>
            </w:r>
          </w:p>
        </w:tc>
        <w:tc>
          <w:tcPr>
            <w:tcW w:w="1738" w:type="dxa"/>
            <w:gridSpan w:val="2"/>
            <w:vAlign w:val="center"/>
          </w:tcPr>
          <w:p w14:paraId="0D6F1EC0" w14:textId="77777777" w:rsidR="00687A20" w:rsidRDefault="004459BF">
            <w:r>
              <w:rPr>
                <w:sz w:val="12"/>
              </w:rPr>
              <w:t>Araç/veri seçimi uygun; kullanım izlenebilir, doğrulanmış ve etkin.</w:t>
            </w:r>
          </w:p>
        </w:tc>
        <w:tc>
          <w:tcPr>
            <w:tcW w:w="1738" w:type="dxa"/>
            <w:vAlign w:val="center"/>
          </w:tcPr>
          <w:p w14:paraId="7AFB7567" w14:textId="77777777" w:rsidR="00687A20" w:rsidRDefault="004459BF">
            <w:r>
              <w:rPr>
                <w:sz w:val="12"/>
              </w:rPr>
              <w:t>Genel olarak doğru kullanım.</w:t>
            </w:r>
          </w:p>
        </w:tc>
        <w:tc>
          <w:tcPr>
            <w:tcW w:w="1738" w:type="dxa"/>
            <w:vAlign w:val="center"/>
          </w:tcPr>
          <w:p w14:paraId="1BD3DF77" w14:textId="77777777" w:rsidR="00687A20" w:rsidRDefault="004459BF">
            <w:r>
              <w:rPr>
                <w:sz w:val="12"/>
              </w:rPr>
              <w:t>Kullanımda önemli eksikler var.</w:t>
            </w:r>
          </w:p>
        </w:tc>
        <w:tc>
          <w:tcPr>
            <w:tcW w:w="1738" w:type="dxa"/>
            <w:gridSpan w:val="2"/>
            <w:vAlign w:val="center"/>
          </w:tcPr>
          <w:p w14:paraId="2A309333" w14:textId="77777777" w:rsidR="00687A20" w:rsidRDefault="004459BF">
            <w:r>
              <w:rPr>
                <w:sz w:val="12"/>
              </w:rPr>
              <w:t>Araç/veri kullanımı hatalı veya yetersiz.</w:t>
            </w:r>
          </w:p>
        </w:tc>
        <w:tc>
          <w:tcPr>
            <w:tcW w:w="1738" w:type="dxa"/>
            <w:vAlign w:val="center"/>
          </w:tcPr>
          <w:p w14:paraId="248BE37F" w14:textId="77777777" w:rsidR="00687A20" w:rsidRDefault="00687A20"/>
        </w:tc>
      </w:tr>
      <w:tr w:rsidR="00687A20" w14:paraId="29F96220" w14:textId="77777777">
        <w:trPr>
          <w:jc w:val="center"/>
        </w:trPr>
        <w:tc>
          <w:tcPr>
            <w:tcW w:w="1738" w:type="dxa"/>
            <w:vAlign w:val="center"/>
          </w:tcPr>
          <w:p w14:paraId="0243B26B" w14:textId="77777777" w:rsidR="00687A20" w:rsidRDefault="004459BF">
            <w:r>
              <w:rPr>
                <w:sz w:val="12"/>
              </w:rPr>
              <w:t>İSG/HSE, çevre, sürdürülebilirlik ve etik</w:t>
            </w:r>
            <w:r>
              <w:rPr>
                <w:sz w:val="12"/>
              </w:rPr>
              <w:br/>
              <w:t>(%10)</w:t>
            </w:r>
          </w:p>
        </w:tc>
        <w:tc>
          <w:tcPr>
            <w:tcW w:w="1738" w:type="dxa"/>
            <w:gridSpan w:val="2"/>
            <w:vAlign w:val="center"/>
          </w:tcPr>
          <w:p w14:paraId="7A20515D" w14:textId="77777777" w:rsidR="00687A20" w:rsidRDefault="004459BF">
            <w:r>
              <w:rPr>
                <w:sz w:val="12"/>
              </w:rPr>
              <w:t>Riskler ve etkiler sistematik değerlendirilmiş; etik/sürdürülebilirlik açıkça bütünleştirilmiş.</w:t>
            </w:r>
          </w:p>
        </w:tc>
        <w:tc>
          <w:tcPr>
            <w:tcW w:w="1738" w:type="dxa"/>
            <w:vAlign w:val="center"/>
          </w:tcPr>
          <w:p w14:paraId="44DE5A38" w14:textId="77777777" w:rsidR="00687A20" w:rsidRDefault="004459BF">
            <w:r>
              <w:rPr>
                <w:sz w:val="12"/>
              </w:rPr>
              <w:t>Başlıca boyutlar yeterince ele alınmış.</w:t>
            </w:r>
          </w:p>
        </w:tc>
        <w:tc>
          <w:tcPr>
            <w:tcW w:w="1738" w:type="dxa"/>
            <w:vAlign w:val="center"/>
          </w:tcPr>
          <w:p w14:paraId="2137E372" w14:textId="77777777" w:rsidR="00687A20" w:rsidRDefault="004459BF">
            <w:r>
              <w:rPr>
                <w:sz w:val="12"/>
              </w:rPr>
              <w:t>Bazı boyutlar eksik/yüzeysel.</w:t>
            </w:r>
          </w:p>
        </w:tc>
        <w:tc>
          <w:tcPr>
            <w:tcW w:w="1738" w:type="dxa"/>
            <w:gridSpan w:val="2"/>
            <w:vAlign w:val="center"/>
          </w:tcPr>
          <w:p w14:paraId="781D62BA" w14:textId="77777777" w:rsidR="00687A20" w:rsidRDefault="004459BF">
            <w:r>
              <w:rPr>
                <w:sz w:val="12"/>
              </w:rPr>
              <w:t>Bu boyutlar ihmal edilmiş.</w:t>
            </w:r>
          </w:p>
        </w:tc>
        <w:tc>
          <w:tcPr>
            <w:tcW w:w="1738" w:type="dxa"/>
            <w:vAlign w:val="center"/>
          </w:tcPr>
          <w:p w14:paraId="1A61835E" w14:textId="77777777" w:rsidR="00687A20" w:rsidRDefault="00687A20"/>
        </w:tc>
      </w:tr>
      <w:tr w:rsidR="00687A20" w14:paraId="0D6FFCFF" w14:textId="77777777">
        <w:trPr>
          <w:jc w:val="center"/>
        </w:trPr>
        <w:tc>
          <w:tcPr>
            <w:tcW w:w="1738" w:type="dxa"/>
            <w:vAlign w:val="center"/>
          </w:tcPr>
          <w:p w14:paraId="5F362935" w14:textId="77777777" w:rsidR="00687A20" w:rsidRDefault="004459BF">
            <w:r>
              <w:rPr>
                <w:sz w:val="12"/>
              </w:rPr>
              <w:t>Ekonomik/uygulanabilirlik değerlendirmesi</w:t>
            </w:r>
            <w:r>
              <w:rPr>
                <w:sz w:val="12"/>
              </w:rPr>
              <w:br/>
              <w:t>(%5)</w:t>
            </w:r>
          </w:p>
        </w:tc>
        <w:tc>
          <w:tcPr>
            <w:tcW w:w="1738" w:type="dxa"/>
            <w:gridSpan w:val="2"/>
            <w:vAlign w:val="center"/>
          </w:tcPr>
          <w:p w14:paraId="3BD7D050" w14:textId="77777777" w:rsidR="00687A20" w:rsidRDefault="004459BF">
            <w:r>
              <w:rPr>
                <w:sz w:val="12"/>
              </w:rPr>
              <w:t>Maliyet, ekonomik etki veya uygulanabilirlik uygun ölçüde nicel/nitel değerlendirilmiş.</w:t>
            </w:r>
          </w:p>
        </w:tc>
        <w:tc>
          <w:tcPr>
            <w:tcW w:w="1738" w:type="dxa"/>
            <w:vAlign w:val="center"/>
          </w:tcPr>
          <w:p w14:paraId="615F62C7" w14:textId="77777777" w:rsidR="00687A20" w:rsidRDefault="004459BF">
            <w:r>
              <w:rPr>
                <w:sz w:val="12"/>
              </w:rPr>
              <w:t>Yeterli temel değerlendirme var.</w:t>
            </w:r>
          </w:p>
        </w:tc>
        <w:tc>
          <w:tcPr>
            <w:tcW w:w="1738" w:type="dxa"/>
            <w:vAlign w:val="center"/>
          </w:tcPr>
          <w:p w14:paraId="235D64B4" w14:textId="77777777" w:rsidR="00687A20" w:rsidRDefault="004459BF">
            <w:r>
              <w:rPr>
                <w:sz w:val="12"/>
              </w:rPr>
              <w:t>Değerlendirme sınırlı.</w:t>
            </w:r>
          </w:p>
        </w:tc>
        <w:tc>
          <w:tcPr>
            <w:tcW w:w="1738" w:type="dxa"/>
            <w:gridSpan w:val="2"/>
            <w:vAlign w:val="center"/>
          </w:tcPr>
          <w:p w14:paraId="50ED2342" w14:textId="77777777" w:rsidR="00687A20" w:rsidRDefault="004459BF">
            <w:r>
              <w:rPr>
                <w:sz w:val="12"/>
              </w:rPr>
              <w:t>Ekonomik/uygulanabilirlik boyutu yok.</w:t>
            </w:r>
          </w:p>
        </w:tc>
        <w:tc>
          <w:tcPr>
            <w:tcW w:w="1738" w:type="dxa"/>
            <w:vAlign w:val="center"/>
          </w:tcPr>
          <w:p w14:paraId="346E7AF6" w14:textId="77777777" w:rsidR="00687A20" w:rsidRDefault="00687A20"/>
        </w:tc>
      </w:tr>
      <w:tr w:rsidR="00687A20" w14:paraId="537D2F49" w14:textId="77777777">
        <w:trPr>
          <w:jc w:val="center"/>
        </w:trPr>
        <w:tc>
          <w:tcPr>
            <w:tcW w:w="1738" w:type="dxa"/>
            <w:vAlign w:val="center"/>
          </w:tcPr>
          <w:p w14:paraId="1C497D02" w14:textId="77777777" w:rsidR="00687A20" w:rsidRDefault="004459BF">
            <w:r>
              <w:rPr>
                <w:sz w:val="12"/>
              </w:rPr>
              <w:t>Sonuçlar, tartışma ve mühendislik önerileri</w:t>
            </w:r>
            <w:r>
              <w:rPr>
                <w:sz w:val="12"/>
              </w:rPr>
              <w:br/>
              <w:t>(%5)</w:t>
            </w:r>
          </w:p>
        </w:tc>
        <w:tc>
          <w:tcPr>
            <w:tcW w:w="1738" w:type="dxa"/>
            <w:gridSpan w:val="2"/>
            <w:vAlign w:val="center"/>
          </w:tcPr>
          <w:p w14:paraId="4A4D7C4F" w14:textId="77777777" w:rsidR="00687A20" w:rsidRDefault="004459BF">
            <w:r>
              <w:rPr>
                <w:sz w:val="12"/>
              </w:rPr>
              <w:t>Sonuçlar kanıtla destekli; sınırlılıklar ve öneriler güçlü.</w:t>
            </w:r>
          </w:p>
        </w:tc>
        <w:tc>
          <w:tcPr>
            <w:tcW w:w="1738" w:type="dxa"/>
            <w:vAlign w:val="center"/>
          </w:tcPr>
          <w:p w14:paraId="19A6C096" w14:textId="77777777" w:rsidR="00687A20" w:rsidRDefault="004459BF">
            <w:r>
              <w:rPr>
                <w:sz w:val="12"/>
              </w:rPr>
              <w:t>Sonuçlar tutarlı; sınırlı eksikler var.</w:t>
            </w:r>
          </w:p>
        </w:tc>
        <w:tc>
          <w:tcPr>
            <w:tcW w:w="1738" w:type="dxa"/>
            <w:vAlign w:val="center"/>
          </w:tcPr>
          <w:p w14:paraId="2D3704D3" w14:textId="77777777" w:rsidR="00687A20" w:rsidRDefault="004459BF">
            <w:r>
              <w:rPr>
                <w:sz w:val="12"/>
              </w:rPr>
              <w:t>Sonuçlar kısmen destekli.</w:t>
            </w:r>
          </w:p>
        </w:tc>
        <w:tc>
          <w:tcPr>
            <w:tcW w:w="1738" w:type="dxa"/>
            <w:gridSpan w:val="2"/>
            <w:vAlign w:val="center"/>
          </w:tcPr>
          <w:p w14:paraId="32C0CD53" w14:textId="77777777" w:rsidR="00687A20" w:rsidRDefault="004459BF">
            <w:r>
              <w:rPr>
                <w:sz w:val="12"/>
              </w:rPr>
              <w:t>Sonuçlar verilerle uyumsuz veya yetersiz.</w:t>
            </w:r>
          </w:p>
        </w:tc>
        <w:tc>
          <w:tcPr>
            <w:tcW w:w="1738" w:type="dxa"/>
            <w:vAlign w:val="center"/>
          </w:tcPr>
          <w:p w14:paraId="2991A53F" w14:textId="77777777" w:rsidR="00687A20" w:rsidRDefault="00687A20"/>
        </w:tc>
      </w:tr>
      <w:tr w:rsidR="00687A20" w14:paraId="537A586E" w14:textId="77777777">
        <w:trPr>
          <w:jc w:val="center"/>
        </w:trPr>
        <w:tc>
          <w:tcPr>
            <w:tcW w:w="1738" w:type="dxa"/>
            <w:vAlign w:val="center"/>
          </w:tcPr>
          <w:p w14:paraId="048BF5B7" w14:textId="77777777" w:rsidR="00687A20" w:rsidRDefault="004459BF">
            <w:r>
              <w:rPr>
                <w:sz w:val="12"/>
              </w:rPr>
              <w:t>Raporlama, kaynakça ve akademik etik</w:t>
            </w:r>
            <w:r>
              <w:rPr>
                <w:sz w:val="12"/>
              </w:rPr>
              <w:br/>
              <w:t>(%5)</w:t>
            </w:r>
          </w:p>
        </w:tc>
        <w:tc>
          <w:tcPr>
            <w:tcW w:w="1738" w:type="dxa"/>
            <w:gridSpan w:val="2"/>
            <w:vAlign w:val="center"/>
          </w:tcPr>
          <w:p w14:paraId="085E1A11" w14:textId="77777777" w:rsidR="00687A20" w:rsidRDefault="004459BF">
            <w:r>
              <w:rPr>
                <w:sz w:val="12"/>
              </w:rPr>
              <w:t>Profesyonel rapor yapısı; şekil/tablo/atıf/kaynakça eksiksiz ve tutarlı.</w:t>
            </w:r>
          </w:p>
        </w:tc>
        <w:tc>
          <w:tcPr>
            <w:tcW w:w="1738" w:type="dxa"/>
            <w:vAlign w:val="center"/>
          </w:tcPr>
          <w:p w14:paraId="1D1AB494" w14:textId="77777777" w:rsidR="00687A20" w:rsidRDefault="004459BF">
            <w:r>
              <w:rPr>
                <w:sz w:val="12"/>
              </w:rPr>
              <w:t>Küçük biçimsel eksikler var.</w:t>
            </w:r>
          </w:p>
        </w:tc>
        <w:tc>
          <w:tcPr>
            <w:tcW w:w="1738" w:type="dxa"/>
            <w:vAlign w:val="center"/>
          </w:tcPr>
          <w:p w14:paraId="248E404C" w14:textId="77777777" w:rsidR="00687A20" w:rsidRDefault="004459BF">
            <w:r>
              <w:rPr>
                <w:sz w:val="12"/>
              </w:rPr>
              <w:t>Belirgin yazım/atıf sorunları var.</w:t>
            </w:r>
          </w:p>
        </w:tc>
        <w:tc>
          <w:tcPr>
            <w:tcW w:w="1738" w:type="dxa"/>
            <w:gridSpan w:val="2"/>
            <w:vAlign w:val="center"/>
          </w:tcPr>
          <w:p w14:paraId="004575BC" w14:textId="77777777" w:rsidR="00687A20" w:rsidRDefault="004459BF">
            <w:r>
              <w:rPr>
                <w:sz w:val="12"/>
              </w:rPr>
              <w:t>Raporlama ve kaynaklandırma yetersiz.</w:t>
            </w:r>
          </w:p>
        </w:tc>
        <w:tc>
          <w:tcPr>
            <w:tcW w:w="1738" w:type="dxa"/>
            <w:vAlign w:val="center"/>
          </w:tcPr>
          <w:p w14:paraId="03C263C6" w14:textId="77777777" w:rsidR="00687A20" w:rsidRDefault="00687A20"/>
        </w:tc>
      </w:tr>
      <w:tr w:rsidR="00687A20" w14:paraId="62738FC2" w14:textId="77777777">
        <w:trPr>
          <w:jc w:val="center"/>
        </w:trPr>
        <w:tc>
          <w:tcPr>
            <w:tcW w:w="1738" w:type="dxa"/>
            <w:vAlign w:val="center"/>
          </w:tcPr>
          <w:p w14:paraId="179F5056" w14:textId="77777777" w:rsidR="00687A20" w:rsidRDefault="004459BF">
            <w:r>
              <w:rPr>
                <w:sz w:val="12"/>
              </w:rPr>
              <w:t>Takım çalışması / bireysel katkı</w:t>
            </w:r>
            <w:r>
              <w:rPr>
                <w:sz w:val="12"/>
              </w:rPr>
              <w:br/>
              <w:t>(%5)</w:t>
            </w:r>
          </w:p>
        </w:tc>
        <w:tc>
          <w:tcPr>
            <w:tcW w:w="1738" w:type="dxa"/>
            <w:gridSpan w:val="2"/>
            <w:vAlign w:val="center"/>
          </w:tcPr>
          <w:p w14:paraId="55D9B4CE" w14:textId="77777777" w:rsidR="00687A20" w:rsidRDefault="004459BF">
            <w:r>
              <w:rPr>
                <w:sz w:val="12"/>
              </w:rPr>
              <w:t>Görev paylaşımı, sorumluluk ve bireysel katkı açık ve dengeli.</w:t>
            </w:r>
          </w:p>
        </w:tc>
        <w:tc>
          <w:tcPr>
            <w:tcW w:w="1738" w:type="dxa"/>
            <w:vAlign w:val="center"/>
          </w:tcPr>
          <w:p w14:paraId="1BFA1A34" w14:textId="77777777" w:rsidR="00687A20" w:rsidRDefault="004459BF">
            <w:r>
              <w:rPr>
                <w:sz w:val="12"/>
              </w:rPr>
              <w:t>Genel olarak dengeli katkı.</w:t>
            </w:r>
          </w:p>
        </w:tc>
        <w:tc>
          <w:tcPr>
            <w:tcW w:w="1738" w:type="dxa"/>
            <w:vAlign w:val="center"/>
          </w:tcPr>
          <w:p w14:paraId="64CC0EC9" w14:textId="77777777" w:rsidR="00687A20" w:rsidRDefault="004459BF">
            <w:r>
              <w:rPr>
                <w:sz w:val="12"/>
              </w:rPr>
              <w:t>Katkı dengesiz veya kayıtları yetersiz.</w:t>
            </w:r>
          </w:p>
        </w:tc>
        <w:tc>
          <w:tcPr>
            <w:tcW w:w="1738" w:type="dxa"/>
            <w:gridSpan w:val="2"/>
            <w:vAlign w:val="center"/>
          </w:tcPr>
          <w:p w14:paraId="03602351" w14:textId="77777777" w:rsidR="00687A20" w:rsidRDefault="004459BF">
            <w:r>
              <w:rPr>
                <w:sz w:val="12"/>
              </w:rPr>
              <w:t>Takım süreci ve bireysel katkı gösterilemiyor.</w:t>
            </w:r>
          </w:p>
        </w:tc>
        <w:tc>
          <w:tcPr>
            <w:tcW w:w="1738" w:type="dxa"/>
            <w:vAlign w:val="center"/>
          </w:tcPr>
          <w:p w14:paraId="1A379C4A" w14:textId="77777777" w:rsidR="00687A20" w:rsidRDefault="00687A20"/>
        </w:tc>
      </w:tr>
    </w:tbl>
    <w:p w14:paraId="065EED42" w14:textId="77777777" w:rsidR="00687A20" w:rsidRDefault="004459BF">
      <w:r>
        <w:t>TOPLAM PUAN: …… / 100     |     Başarı Düzeyi: ☐ Çok İyi  ☐ İyi  ☐ Geliştirilmeli  ☐ Yetersiz</w:t>
      </w:r>
    </w:p>
    <w:p w14:paraId="02C0A00C" w14:textId="77777777" w:rsidR="00687A20" w:rsidRDefault="004459BF">
      <w:r>
        <w:t>Değerlendirici görüşü / iyileştirme notu: ______________________________________________________________________________</w:t>
      </w:r>
    </w:p>
    <w:p w14:paraId="32C8A023" w14:textId="77777777" w:rsidR="00687A20" w:rsidRDefault="004459BF">
      <w:pPr>
        <w:pStyle w:val="Heading1"/>
      </w:pPr>
      <w:r>
        <w:t>4. Program Çıktılarıyla Eşleştirme ve İzleme Tablosu</w:t>
      </w:r>
    </w:p>
    <w:p w14:paraId="55B425E6" w14:textId="77777777" w:rsidR="00687A20" w:rsidRDefault="004459BF">
      <w:r>
        <w:t>Bölüm, aşağıdaki alanı kendi yürürlükteki Program Çıktıları (PÇ) kodlarıyla doldurarak rubrik kriterlerini doğrudan ölçme kanıtı olarak kullanabilir.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85"/>
        <w:gridCol w:w="2082"/>
        <w:gridCol w:w="2083"/>
        <w:gridCol w:w="2083"/>
        <w:gridCol w:w="2083"/>
      </w:tblGrid>
      <w:tr w:rsidR="00687A20" w14:paraId="20E59423" w14:textId="77777777">
        <w:trPr>
          <w:jc w:val="center"/>
        </w:trPr>
        <w:tc>
          <w:tcPr>
            <w:tcW w:w="2085" w:type="dxa"/>
            <w:shd w:val="clear" w:color="auto" w:fill="D9EAF7"/>
            <w:vAlign w:val="center"/>
          </w:tcPr>
          <w:p w14:paraId="7B1EC876" w14:textId="77777777" w:rsidR="00687A20" w:rsidRDefault="004459BF">
            <w:r>
              <w:rPr>
                <w:b/>
                <w:sz w:val="14"/>
              </w:rPr>
              <w:t>Rubrik / Kriter</w:t>
            </w:r>
          </w:p>
        </w:tc>
        <w:tc>
          <w:tcPr>
            <w:tcW w:w="2085" w:type="dxa"/>
            <w:shd w:val="clear" w:color="auto" w:fill="D9EAF7"/>
            <w:vAlign w:val="center"/>
          </w:tcPr>
          <w:p w14:paraId="66FD43E3" w14:textId="77777777" w:rsidR="00687A20" w:rsidRDefault="004459BF">
            <w:r>
              <w:rPr>
                <w:b/>
                <w:sz w:val="14"/>
              </w:rPr>
              <w:t>İlgili PÇ</w:t>
            </w:r>
          </w:p>
        </w:tc>
        <w:tc>
          <w:tcPr>
            <w:tcW w:w="2085" w:type="dxa"/>
            <w:shd w:val="clear" w:color="auto" w:fill="D9EAF7"/>
            <w:vAlign w:val="center"/>
          </w:tcPr>
          <w:p w14:paraId="1D224065" w14:textId="77777777" w:rsidR="00687A20" w:rsidRDefault="004459BF">
            <w:r>
              <w:rPr>
                <w:b/>
                <w:sz w:val="14"/>
              </w:rPr>
              <w:t>Hedef Başarı Eşiği</w:t>
            </w:r>
          </w:p>
        </w:tc>
        <w:tc>
          <w:tcPr>
            <w:tcW w:w="2085" w:type="dxa"/>
            <w:shd w:val="clear" w:color="auto" w:fill="D9EAF7"/>
            <w:vAlign w:val="center"/>
          </w:tcPr>
          <w:p w14:paraId="460D2FDE" w14:textId="77777777" w:rsidR="00687A20" w:rsidRDefault="004459BF">
            <w:r>
              <w:rPr>
                <w:b/>
                <w:sz w:val="14"/>
              </w:rPr>
              <w:t>Gerçekleşen</w:t>
            </w:r>
          </w:p>
        </w:tc>
        <w:tc>
          <w:tcPr>
            <w:tcW w:w="2085" w:type="dxa"/>
            <w:shd w:val="clear" w:color="auto" w:fill="D9EAF7"/>
            <w:vAlign w:val="center"/>
          </w:tcPr>
          <w:p w14:paraId="02F234F0" w14:textId="77777777" w:rsidR="00687A20" w:rsidRDefault="004459BF">
            <w:r>
              <w:rPr>
                <w:b/>
                <w:sz w:val="14"/>
              </w:rPr>
              <w:t>İyileştirme Kararı</w:t>
            </w:r>
          </w:p>
        </w:tc>
      </w:tr>
      <w:tr w:rsidR="00687A20" w14:paraId="08472868" w14:textId="77777777">
        <w:trPr>
          <w:jc w:val="center"/>
        </w:trPr>
        <w:tc>
          <w:tcPr>
            <w:tcW w:w="2085" w:type="dxa"/>
            <w:vAlign w:val="center"/>
          </w:tcPr>
          <w:p w14:paraId="2270B7FE" w14:textId="77777777" w:rsidR="00687A20" w:rsidRDefault="004459BF">
            <w:r>
              <w:rPr>
                <w:sz w:val="14"/>
              </w:rPr>
              <w:t>Ödev – teknik doğruluk / analiz</w:t>
            </w:r>
          </w:p>
        </w:tc>
        <w:tc>
          <w:tcPr>
            <w:tcW w:w="2085" w:type="dxa"/>
            <w:vAlign w:val="center"/>
          </w:tcPr>
          <w:p w14:paraId="594F5B5F" w14:textId="77777777" w:rsidR="00687A20" w:rsidRDefault="004459BF">
            <w:r>
              <w:rPr>
                <w:sz w:val="14"/>
              </w:rPr>
              <w:t>PÇ …</w:t>
            </w:r>
          </w:p>
        </w:tc>
        <w:tc>
          <w:tcPr>
            <w:tcW w:w="2085" w:type="dxa"/>
            <w:vAlign w:val="center"/>
          </w:tcPr>
          <w:p w14:paraId="54712C05" w14:textId="77777777" w:rsidR="00687A20" w:rsidRDefault="004459BF">
            <w:r>
              <w:rPr>
                <w:sz w:val="14"/>
              </w:rPr>
              <w:t>≥ %70</w:t>
            </w:r>
          </w:p>
        </w:tc>
        <w:tc>
          <w:tcPr>
            <w:tcW w:w="2085" w:type="dxa"/>
            <w:vAlign w:val="center"/>
          </w:tcPr>
          <w:p w14:paraId="14B293DC" w14:textId="77777777" w:rsidR="00687A20" w:rsidRDefault="00687A20"/>
        </w:tc>
        <w:tc>
          <w:tcPr>
            <w:tcW w:w="2085" w:type="dxa"/>
            <w:vAlign w:val="center"/>
          </w:tcPr>
          <w:p w14:paraId="21DF22CF" w14:textId="77777777" w:rsidR="00687A20" w:rsidRDefault="00687A20"/>
        </w:tc>
      </w:tr>
      <w:tr w:rsidR="00687A20" w14:paraId="375317EF" w14:textId="77777777">
        <w:trPr>
          <w:jc w:val="center"/>
        </w:trPr>
        <w:tc>
          <w:tcPr>
            <w:tcW w:w="2085" w:type="dxa"/>
            <w:vAlign w:val="center"/>
          </w:tcPr>
          <w:p w14:paraId="2CE5E304" w14:textId="77777777" w:rsidR="00687A20" w:rsidRDefault="004459BF">
            <w:r>
              <w:rPr>
                <w:sz w:val="14"/>
              </w:rPr>
              <w:t>Ödev – araç/veri kullanımı</w:t>
            </w:r>
          </w:p>
        </w:tc>
        <w:tc>
          <w:tcPr>
            <w:tcW w:w="2085" w:type="dxa"/>
            <w:vAlign w:val="center"/>
          </w:tcPr>
          <w:p w14:paraId="0A42E400" w14:textId="77777777" w:rsidR="00687A20" w:rsidRDefault="004459BF">
            <w:r>
              <w:rPr>
                <w:sz w:val="14"/>
              </w:rPr>
              <w:t>PÇ …</w:t>
            </w:r>
          </w:p>
        </w:tc>
        <w:tc>
          <w:tcPr>
            <w:tcW w:w="2085" w:type="dxa"/>
            <w:vAlign w:val="center"/>
          </w:tcPr>
          <w:p w14:paraId="43319BC8" w14:textId="77777777" w:rsidR="00687A20" w:rsidRDefault="004459BF">
            <w:r>
              <w:rPr>
                <w:sz w:val="14"/>
              </w:rPr>
              <w:t>≥ %70</w:t>
            </w:r>
          </w:p>
        </w:tc>
        <w:tc>
          <w:tcPr>
            <w:tcW w:w="2085" w:type="dxa"/>
            <w:vAlign w:val="center"/>
          </w:tcPr>
          <w:p w14:paraId="613221F1" w14:textId="77777777" w:rsidR="00687A20" w:rsidRDefault="00687A20"/>
        </w:tc>
        <w:tc>
          <w:tcPr>
            <w:tcW w:w="2085" w:type="dxa"/>
            <w:vAlign w:val="center"/>
          </w:tcPr>
          <w:p w14:paraId="5B4D1608" w14:textId="77777777" w:rsidR="00687A20" w:rsidRDefault="00687A20"/>
        </w:tc>
      </w:tr>
      <w:tr w:rsidR="00687A20" w14:paraId="73296014" w14:textId="77777777">
        <w:trPr>
          <w:jc w:val="center"/>
        </w:trPr>
        <w:tc>
          <w:tcPr>
            <w:tcW w:w="2085" w:type="dxa"/>
            <w:vAlign w:val="center"/>
          </w:tcPr>
          <w:p w14:paraId="09C9FC4D" w14:textId="77777777" w:rsidR="00687A20" w:rsidRDefault="004459BF">
            <w:r>
              <w:rPr>
                <w:sz w:val="14"/>
              </w:rPr>
              <w:t>Sunum – iletişim</w:t>
            </w:r>
          </w:p>
        </w:tc>
        <w:tc>
          <w:tcPr>
            <w:tcW w:w="2085" w:type="dxa"/>
            <w:vAlign w:val="center"/>
          </w:tcPr>
          <w:p w14:paraId="24E0CC99" w14:textId="77777777" w:rsidR="00687A20" w:rsidRDefault="004459BF">
            <w:r>
              <w:rPr>
                <w:sz w:val="14"/>
              </w:rPr>
              <w:t>PÇ …</w:t>
            </w:r>
          </w:p>
        </w:tc>
        <w:tc>
          <w:tcPr>
            <w:tcW w:w="2085" w:type="dxa"/>
            <w:vAlign w:val="center"/>
          </w:tcPr>
          <w:p w14:paraId="5F15CD04" w14:textId="77777777" w:rsidR="00687A20" w:rsidRDefault="004459BF">
            <w:r>
              <w:rPr>
                <w:sz w:val="14"/>
              </w:rPr>
              <w:t>≥ %70</w:t>
            </w:r>
          </w:p>
        </w:tc>
        <w:tc>
          <w:tcPr>
            <w:tcW w:w="2085" w:type="dxa"/>
            <w:vAlign w:val="center"/>
          </w:tcPr>
          <w:p w14:paraId="6266FE93" w14:textId="77777777" w:rsidR="00687A20" w:rsidRDefault="00687A20"/>
        </w:tc>
        <w:tc>
          <w:tcPr>
            <w:tcW w:w="2085" w:type="dxa"/>
            <w:vAlign w:val="center"/>
          </w:tcPr>
          <w:p w14:paraId="24412B5D" w14:textId="77777777" w:rsidR="00687A20" w:rsidRDefault="00687A20"/>
        </w:tc>
      </w:tr>
      <w:tr w:rsidR="00687A20" w14:paraId="1BC2AE44" w14:textId="77777777">
        <w:trPr>
          <w:jc w:val="center"/>
        </w:trPr>
        <w:tc>
          <w:tcPr>
            <w:tcW w:w="2085" w:type="dxa"/>
            <w:vAlign w:val="center"/>
          </w:tcPr>
          <w:p w14:paraId="1557E28B" w14:textId="77777777" w:rsidR="00687A20" w:rsidRDefault="004459BF">
            <w:r>
              <w:rPr>
                <w:sz w:val="14"/>
              </w:rPr>
              <w:t>Sunum – takım çalışması</w:t>
            </w:r>
          </w:p>
        </w:tc>
        <w:tc>
          <w:tcPr>
            <w:tcW w:w="2085" w:type="dxa"/>
            <w:vAlign w:val="center"/>
          </w:tcPr>
          <w:p w14:paraId="679AAAF6" w14:textId="77777777" w:rsidR="00687A20" w:rsidRDefault="004459BF">
            <w:r>
              <w:rPr>
                <w:sz w:val="14"/>
              </w:rPr>
              <w:t>PÇ …</w:t>
            </w:r>
          </w:p>
        </w:tc>
        <w:tc>
          <w:tcPr>
            <w:tcW w:w="2085" w:type="dxa"/>
            <w:vAlign w:val="center"/>
          </w:tcPr>
          <w:p w14:paraId="339D8F9C" w14:textId="77777777" w:rsidR="00687A20" w:rsidRDefault="004459BF">
            <w:r>
              <w:rPr>
                <w:sz w:val="14"/>
              </w:rPr>
              <w:t>≥ %70</w:t>
            </w:r>
          </w:p>
        </w:tc>
        <w:tc>
          <w:tcPr>
            <w:tcW w:w="2085" w:type="dxa"/>
            <w:vAlign w:val="center"/>
          </w:tcPr>
          <w:p w14:paraId="3E9B3142" w14:textId="77777777" w:rsidR="00687A20" w:rsidRDefault="00687A20"/>
        </w:tc>
        <w:tc>
          <w:tcPr>
            <w:tcW w:w="2085" w:type="dxa"/>
            <w:vAlign w:val="center"/>
          </w:tcPr>
          <w:p w14:paraId="62BD85CB" w14:textId="77777777" w:rsidR="00687A20" w:rsidRDefault="00687A20"/>
        </w:tc>
      </w:tr>
      <w:tr w:rsidR="00687A20" w14:paraId="2DB8CDDB" w14:textId="77777777">
        <w:trPr>
          <w:jc w:val="center"/>
        </w:trPr>
        <w:tc>
          <w:tcPr>
            <w:tcW w:w="2085" w:type="dxa"/>
            <w:vAlign w:val="center"/>
          </w:tcPr>
          <w:p w14:paraId="16A4214D" w14:textId="77777777" w:rsidR="00687A20" w:rsidRDefault="004459BF">
            <w:r>
              <w:rPr>
                <w:sz w:val="14"/>
              </w:rPr>
              <w:t>Bitirme – problem çözme/modelleme</w:t>
            </w:r>
          </w:p>
        </w:tc>
        <w:tc>
          <w:tcPr>
            <w:tcW w:w="2085" w:type="dxa"/>
            <w:vAlign w:val="center"/>
          </w:tcPr>
          <w:p w14:paraId="319E3C19" w14:textId="77777777" w:rsidR="00687A20" w:rsidRDefault="004459BF">
            <w:r>
              <w:rPr>
                <w:sz w:val="14"/>
              </w:rPr>
              <w:t>PÇ …</w:t>
            </w:r>
          </w:p>
        </w:tc>
        <w:tc>
          <w:tcPr>
            <w:tcW w:w="2085" w:type="dxa"/>
            <w:vAlign w:val="center"/>
          </w:tcPr>
          <w:p w14:paraId="1E745C9B" w14:textId="77777777" w:rsidR="00687A20" w:rsidRDefault="004459BF">
            <w:r>
              <w:rPr>
                <w:sz w:val="14"/>
              </w:rPr>
              <w:t>≥ %70</w:t>
            </w:r>
          </w:p>
        </w:tc>
        <w:tc>
          <w:tcPr>
            <w:tcW w:w="2085" w:type="dxa"/>
            <w:vAlign w:val="center"/>
          </w:tcPr>
          <w:p w14:paraId="711171C2" w14:textId="77777777" w:rsidR="00687A20" w:rsidRDefault="00687A20"/>
        </w:tc>
        <w:tc>
          <w:tcPr>
            <w:tcW w:w="2085" w:type="dxa"/>
            <w:vAlign w:val="center"/>
          </w:tcPr>
          <w:p w14:paraId="45461C4F" w14:textId="77777777" w:rsidR="00687A20" w:rsidRDefault="00687A20"/>
        </w:tc>
      </w:tr>
      <w:tr w:rsidR="00687A20" w14:paraId="25DF9373" w14:textId="77777777">
        <w:trPr>
          <w:jc w:val="center"/>
        </w:trPr>
        <w:tc>
          <w:tcPr>
            <w:tcW w:w="2085" w:type="dxa"/>
            <w:vAlign w:val="center"/>
          </w:tcPr>
          <w:p w14:paraId="25BE0528" w14:textId="77777777" w:rsidR="00687A20" w:rsidRDefault="004459BF">
            <w:r>
              <w:rPr>
                <w:sz w:val="14"/>
              </w:rPr>
              <w:t>Bitirme – tasarım ve kısıtlar</w:t>
            </w:r>
          </w:p>
        </w:tc>
        <w:tc>
          <w:tcPr>
            <w:tcW w:w="2085" w:type="dxa"/>
            <w:vAlign w:val="center"/>
          </w:tcPr>
          <w:p w14:paraId="05D884A9" w14:textId="77777777" w:rsidR="00687A20" w:rsidRDefault="004459BF">
            <w:r>
              <w:rPr>
                <w:sz w:val="14"/>
              </w:rPr>
              <w:t>PÇ …</w:t>
            </w:r>
          </w:p>
        </w:tc>
        <w:tc>
          <w:tcPr>
            <w:tcW w:w="2085" w:type="dxa"/>
            <w:vAlign w:val="center"/>
          </w:tcPr>
          <w:p w14:paraId="5E65F28D" w14:textId="77777777" w:rsidR="00687A20" w:rsidRDefault="004459BF">
            <w:r>
              <w:rPr>
                <w:sz w:val="14"/>
              </w:rPr>
              <w:t>≥ %70</w:t>
            </w:r>
          </w:p>
        </w:tc>
        <w:tc>
          <w:tcPr>
            <w:tcW w:w="2085" w:type="dxa"/>
            <w:vAlign w:val="center"/>
          </w:tcPr>
          <w:p w14:paraId="0816FD0B" w14:textId="77777777" w:rsidR="00687A20" w:rsidRDefault="00687A20"/>
        </w:tc>
        <w:tc>
          <w:tcPr>
            <w:tcW w:w="2085" w:type="dxa"/>
            <w:vAlign w:val="center"/>
          </w:tcPr>
          <w:p w14:paraId="74F63F19" w14:textId="77777777" w:rsidR="00687A20" w:rsidRDefault="00687A20"/>
        </w:tc>
      </w:tr>
      <w:tr w:rsidR="00687A20" w14:paraId="24CBD5B3" w14:textId="77777777">
        <w:trPr>
          <w:jc w:val="center"/>
        </w:trPr>
        <w:tc>
          <w:tcPr>
            <w:tcW w:w="2085" w:type="dxa"/>
            <w:vAlign w:val="center"/>
          </w:tcPr>
          <w:p w14:paraId="0D2875E0" w14:textId="77777777" w:rsidR="00687A20" w:rsidRDefault="004459BF">
            <w:r>
              <w:rPr>
                <w:sz w:val="14"/>
              </w:rPr>
              <w:t>Bitirme – HSE/sürdürülebilirlik/etik</w:t>
            </w:r>
          </w:p>
        </w:tc>
        <w:tc>
          <w:tcPr>
            <w:tcW w:w="2085" w:type="dxa"/>
            <w:vAlign w:val="center"/>
          </w:tcPr>
          <w:p w14:paraId="643ED6B5" w14:textId="77777777" w:rsidR="00687A20" w:rsidRDefault="004459BF">
            <w:r>
              <w:rPr>
                <w:sz w:val="14"/>
              </w:rPr>
              <w:t>PÇ …</w:t>
            </w:r>
          </w:p>
        </w:tc>
        <w:tc>
          <w:tcPr>
            <w:tcW w:w="2085" w:type="dxa"/>
            <w:vAlign w:val="center"/>
          </w:tcPr>
          <w:p w14:paraId="59BFD0C5" w14:textId="77777777" w:rsidR="00687A20" w:rsidRDefault="004459BF">
            <w:r>
              <w:rPr>
                <w:sz w:val="14"/>
              </w:rPr>
              <w:t>≥ %70</w:t>
            </w:r>
          </w:p>
        </w:tc>
        <w:tc>
          <w:tcPr>
            <w:tcW w:w="2085" w:type="dxa"/>
            <w:vAlign w:val="center"/>
          </w:tcPr>
          <w:p w14:paraId="2EB8E870" w14:textId="77777777" w:rsidR="00687A20" w:rsidRDefault="00687A20"/>
        </w:tc>
        <w:tc>
          <w:tcPr>
            <w:tcW w:w="2085" w:type="dxa"/>
            <w:vAlign w:val="center"/>
          </w:tcPr>
          <w:p w14:paraId="06B9E67C" w14:textId="77777777" w:rsidR="00687A20" w:rsidRDefault="00687A20"/>
        </w:tc>
      </w:tr>
    </w:tbl>
    <w:p w14:paraId="3AD205C6" w14:textId="77777777" w:rsidR="00687A20" w:rsidRDefault="004459BF">
      <w:r>
        <w:t>Not: %70 örnek hedef eşiktir. Bölüm, program çıktıları için kendi başarı ölçütünü kurul kararıyla tanımlamalı ve dönemsel sonuçları sürekli iyileştirme sürecinde kullanmalıdır.</w:t>
      </w:r>
    </w:p>
    <w:sectPr w:rsidR="00687A20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8067388">
    <w:abstractNumId w:val="8"/>
  </w:num>
  <w:num w:numId="2" w16cid:durableId="577441382">
    <w:abstractNumId w:val="6"/>
  </w:num>
  <w:num w:numId="3" w16cid:durableId="270170874">
    <w:abstractNumId w:val="5"/>
  </w:num>
  <w:num w:numId="4" w16cid:durableId="14041966">
    <w:abstractNumId w:val="4"/>
  </w:num>
  <w:num w:numId="5" w16cid:durableId="557473376">
    <w:abstractNumId w:val="7"/>
  </w:num>
  <w:num w:numId="6" w16cid:durableId="1348943816">
    <w:abstractNumId w:val="3"/>
  </w:num>
  <w:num w:numId="7" w16cid:durableId="961035751">
    <w:abstractNumId w:val="2"/>
  </w:num>
  <w:num w:numId="8" w16cid:durableId="60491166">
    <w:abstractNumId w:val="1"/>
  </w:num>
  <w:num w:numId="9" w16cid:durableId="196434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1D13"/>
    <w:rsid w:val="0029639D"/>
    <w:rsid w:val="00326F90"/>
    <w:rsid w:val="004459BF"/>
    <w:rsid w:val="00687A20"/>
    <w:rsid w:val="00AA1D8D"/>
    <w:rsid w:val="00B47730"/>
    <w:rsid w:val="00B66E74"/>
    <w:rsid w:val="00CB0664"/>
    <w:rsid w:val="00DA56E4"/>
    <w:rsid w:val="00EA41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84B1716"/>
  <w14:defaultImageDpi w14:val="300"/>
  <w15:docId w15:val="{3AE7BCF6-E1D8-4510-A382-38DE9E61A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FE8447-74EF-4BE3-AF20-3BE2E5FA8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1156</Words>
  <Characters>6595</Characters>
  <Application>Microsoft Office Word</Application>
  <DocSecurity>0</DocSecurity>
  <Lines>54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Authors</cp:lastModifiedBy>
  <cp:revision>4</cp:revision>
  <dcterms:created xsi:type="dcterms:W3CDTF">2026-10-06T16:52:00Z</dcterms:created>
  <dcterms:modified xsi:type="dcterms:W3CDTF">2026-10-09T08:28:00Z</dcterms:modified>
  <cp:category/>
</cp:coreProperties>
</file>