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F5EB7" w14:textId="6A0DAB49" w:rsidR="003C636C" w:rsidRPr="003E4319" w:rsidRDefault="00EF5975">
      <w:pPr>
        <w:keepNext/>
        <w:spacing w:before="60" w:after="40"/>
        <w:rPr>
          <w:sz w:val="18"/>
        </w:rPr>
      </w:pPr>
      <w:r w:rsidRPr="003E4319">
        <w:rPr>
          <w:rFonts w:eastAsia="Times New Roman"/>
          <w:b/>
          <w:sz w:val="20"/>
        </w:rPr>
        <w:t>ÖĞRENCİ BİLGİLERİ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976"/>
        <w:gridCol w:w="1757"/>
        <w:gridCol w:w="3628"/>
      </w:tblGrid>
      <w:tr w:rsidR="003C636C" w14:paraId="5EBC00B1" w14:textId="77777777" w:rsidTr="00394E8A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716BB8" w14:textId="77777777" w:rsidR="003C636C" w:rsidRPr="003E4319" w:rsidRDefault="00EF5975">
            <w:pPr>
              <w:spacing w:line="240" w:lineRule="auto"/>
              <w:rPr>
                <w:sz w:val="20"/>
                <w:szCs w:val="20"/>
              </w:rPr>
            </w:pPr>
            <w:r w:rsidRPr="003E4319">
              <w:rPr>
                <w:rFonts w:eastAsia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297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3E587F" w14:textId="77777777" w:rsidR="003C636C" w:rsidRPr="003E4319" w:rsidRDefault="003C636C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D5D421" w14:textId="2767505D" w:rsidR="003C636C" w:rsidRPr="003E4319" w:rsidRDefault="001A73E6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3E4319">
              <w:rPr>
                <w:rFonts w:eastAsia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3628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37E794" w14:textId="77777777" w:rsidR="003C636C" w:rsidRPr="003E4319" w:rsidRDefault="003C636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C636C" w14:paraId="0B3107D9" w14:textId="77777777" w:rsidTr="00394E8A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A28085" w14:textId="444649A0" w:rsidR="003C636C" w:rsidRPr="003E4319" w:rsidRDefault="001A73E6">
            <w:pPr>
              <w:spacing w:line="240" w:lineRule="auto"/>
              <w:rPr>
                <w:sz w:val="20"/>
                <w:szCs w:val="20"/>
              </w:rPr>
            </w:pPr>
            <w:r w:rsidRPr="003E4319">
              <w:rPr>
                <w:rFonts w:eastAsia="Times New Roman"/>
                <w:b/>
                <w:sz w:val="20"/>
                <w:szCs w:val="20"/>
              </w:rPr>
              <w:t>Öğrenci No</w:t>
            </w:r>
          </w:p>
        </w:tc>
        <w:tc>
          <w:tcPr>
            <w:tcW w:w="297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290E4F" w14:textId="03C97082" w:rsidR="003C636C" w:rsidRPr="003E4319" w:rsidRDefault="003C636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16DC0A" w14:textId="3A95FB0D" w:rsidR="003C636C" w:rsidRPr="003E4319" w:rsidRDefault="001A73E6">
            <w:pPr>
              <w:spacing w:line="240" w:lineRule="auto"/>
              <w:rPr>
                <w:sz w:val="20"/>
                <w:szCs w:val="20"/>
              </w:rPr>
            </w:pPr>
            <w:r w:rsidRPr="003E4319">
              <w:rPr>
                <w:rFonts w:eastAsia="Times New Roman"/>
                <w:b/>
                <w:sz w:val="20"/>
                <w:szCs w:val="20"/>
              </w:rPr>
              <w:t>Programı</w:t>
            </w:r>
          </w:p>
        </w:tc>
        <w:tc>
          <w:tcPr>
            <w:tcW w:w="3628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0468AF" w14:textId="77777777" w:rsidR="003C636C" w:rsidRPr="003E4319" w:rsidRDefault="003C636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A73E6" w14:paraId="181C8C7A" w14:textId="77777777" w:rsidTr="00394E8A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8EAA13" w14:textId="523F9626" w:rsidR="001A73E6" w:rsidRPr="003E4319" w:rsidRDefault="001A73E6" w:rsidP="001A73E6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3E4319">
              <w:rPr>
                <w:rFonts w:eastAsia="Times New Roman"/>
                <w:b/>
                <w:sz w:val="20"/>
                <w:szCs w:val="20"/>
              </w:rPr>
              <w:t>Akademik Yıl / Yarıyıl</w:t>
            </w:r>
          </w:p>
        </w:tc>
        <w:tc>
          <w:tcPr>
            <w:tcW w:w="2976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1F83F4" w14:textId="6C701A33" w:rsidR="001A73E6" w:rsidRPr="003E4319" w:rsidRDefault="001A73E6" w:rsidP="001A73E6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  <w:r w:rsidRPr="003E4319">
              <w:rPr>
                <w:rFonts w:eastAsia="Times New Roman"/>
                <w:sz w:val="20"/>
                <w:szCs w:val="20"/>
              </w:rPr>
              <w:t xml:space="preserve">20__ - 20__   /   □ Güz   □ Bahar  </w:t>
            </w:r>
          </w:p>
        </w:tc>
        <w:tc>
          <w:tcPr>
            <w:tcW w:w="1757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15F471" w14:textId="3AF2A64E" w:rsidR="001A73E6" w:rsidRPr="003E4319" w:rsidRDefault="001A73E6" w:rsidP="001A73E6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3E4319">
              <w:rPr>
                <w:rFonts w:eastAsia="Times New Roman"/>
                <w:b/>
                <w:sz w:val="20"/>
                <w:szCs w:val="20"/>
              </w:rPr>
              <w:t>Sağlık Kuruluşu</w:t>
            </w:r>
          </w:p>
        </w:tc>
        <w:tc>
          <w:tcPr>
            <w:tcW w:w="3628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4F73DC" w14:textId="77777777" w:rsidR="001A73E6" w:rsidRPr="003E4319" w:rsidRDefault="001A73E6" w:rsidP="001A73E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A73E6" w14:paraId="2DB01D10" w14:textId="77777777" w:rsidTr="00394E8A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06D67D" w14:textId="77777777" w:rsidR="001A73E6" w:rsidRPr="003E4319" w:rsidRDefault="001A73E6" w:rsidP="001A73E6">
            <w:pPr>
              <w:spacing w:line="240" w:lineRule="auto"/>
              <w:rPr>
                <w:sz w:val="20"/>
                <w:szCs w:val="20"/>
              </w:rPr>
            </w:pPr>
            <w:r w:rsidRPr="003E4319">
              <w:rPr>
                <w:rFonts w:eastAsia="Times New Roman"/>
                <w:b/>
                <w:sz w:val="20"/>
                <w:szCs w:val="20"/>
              </w:rPr>
              <w:t>Birim / Klinik / Servis</w:t>
            </w:r>
          </w:p>
        </w:tc>
        <w:tc>
          <w:tcPr>
            <w:tcW w:w="8361" w:type="dxa"/>
            <w:gridSpan w:val="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5F5E43" w14:textId="77777777" w:rsidR="001A73E6" w:rsidRPr="003E4319" w:rsidRDefault="001A73E6" w:rsidP="001A73E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A73E6" w14:paraId="3D23ED8D" w14:textId="77777777" w:rsidTr="00394E8A">
        <w:trPr>
          <w:cantSplit/>
          <w:trHeight w:val="357"/>
          <w:jc w:val="center"/>
        </w:trPr>
        <w:tc>
          <w:tcPr>
            <w:tcW w:w="2409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EE67C4" w14:textId="77777777" w:rsidR="001A73E6" w:rsidRPr="003E4319" w:rsidRDefault="001A73E6" w:rsidP="001A73E6">
            <w:pPr>
              <w:spacing w:line="240" w:lineRule="auto"/>
              <w:rPr>
                <w:sz w:val="20"/>
                <w:szCs w:val="20"/>
              </w:rPr>
            </w:pPr>
            <w:r w:rsidRPr="003E4319">
              <w:rPr>
                <w:rFonts w:eastAsia="Times New Roman"/>
                <w:b/>
                <w:sz w:val="20"/>
                <w:szCs w:val="20"/>
              </w:rPr>
              <w:t>Sorumlu Personel / Birim</w:t>
            </w:r>
          </w:p>
        </w:tc>
        <w:tc>
          <w:tcPr>
            <w:tcW w:w="8361" w:type="dxa"/>
            <w:gridSpan w:val="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0F906A" w14:textId="77777777" w:rsidR="001A73E6" w:rsidRPr="003E4319" w:rsidRDefault="001A73E6" w:rsidP="001A73E6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8D38930" w14:textId="77777777" w:rsidR="00D03CC4" w:rsidRDefault="00D03CC4">
      <w:pPr>
        <w:keepNext/>
        <w:spacing w:before="60" w:after="40"/>
        <w:rPr>
          <w:rFonts w:eastAsia="Times New Roman"/>
          <w:b/>
          <w:sz w:val="19"/>
        </w:rPr>
      </w:pPr>
    </w:p>
    <w:p w14:paraId="265D1929" w14:textId="748050FE" w:rsidR="003C636C" w:rsidRDefault="00EF5975">
      <w:pPr>
        <w:keepNext/>
        <w:spacing w:before="60" w:after="40"/>
      </w:pPr>
      <w:r>
        <w:rPr>
          <w:rFonts w:eastAsia="Times New Roman"/>
          <w:b/>
          <w:sz w:val="19"/>
        </w:rPr>
        <w:t>ÖĞRENCİ UYGULAMA VE FAALİYET BİLDİRİMİ</w:t>
      </w:r>
    </w:p>
    <w:p w14:paraId="5C9AF2B0" w14:textId="77777777" w:rsidR="003C636C" w:rsidRPr="003E4319" w:rsidRDefault="00EF5975">
      <w:pPr>
        <w:spacing w:after="40"/>
        <w:rPr>
          <w:sz w:val="20"/>
        </w:rPr>
      </w:pPr>
      <w:r w:rsidRPr="003E4319">
        <w:rPr>
          <w:rFonts w:eastAsia="Times New Roman"/>
          <w:i/>
          <w:sz w:val="18"/>
        </w:rPr>
        <w:t>Aşağıdaki tablo öğrenci tarafından doldurulur. Hasta adı, T.C. kimlik numarası veya hastayı doğrudan tanımlayabilecek kişisel veri yazılmamalıdır.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8643"/>
      </w:tblGrid>
      <w:tr w:rsidR="00296F76" w14:paraId="7C55F6E5" w14:textId="77777777" w:rsidTr="00394E8A">
        <w:trPr>
          <w:cantSplit/>
          <w:trHeight w:val="1290"/>
          <w:jc w:val="center"/>
        </w:trPr>
        <w:tc>
          <w:tcPr>
            <w:tcW w:w="2126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0B3CF0" w14:textId="721B6607" w:rsidR="00296F76" w:rsidRPr="003E4319" w:rsidRDefault="00296F76" w:rsidP="003E4319">
            <w:pPr>
              <w:spacing w:line="240" w:lineRule="auto"/>
              <w:rPr>
                <w:rFonts w:eastAsia="Times New Roman"/>
                <w:b/>
                <w:sz w:val="20"/>
                <w:szCs w:val="28"/>
              </w:rPr>
            </w:pPr>
            <w:r w:rsidRPr="003E4319">
              <w:rPr>
                <w:rFonts w:eastAsia="Times New Roman"/>
                <w:b/>
                <w:sz w:val="20"/>
                <w:szCs w:val="28"/>
              </w:rPr>
              <w:t>Gerçekleştirilen Klinik / Mesleki Uygulamalar ve İşlemler</w:t>
            </w:r>
          </w:p>
        </w:tc>
        <w:tc>
          <w:tcPr>
            <w:tcW w:w="864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642CE9" w14:textId="77777777" w:rsidR="00296F76" w:rsidRDefault="00296F76">
            <w:pPr>
              <w:spacing w:line="240" w:lineRule="auto"/>
            </w:pPr>
          </w:p>
          <w:p w14:paraId="07E994A2" w14:textId="77777777" w:rsidR="003E4319" w:rsidRDefault="003E4319">
            <w:pPr>
              <w:spacing w:line="240" w:lineRule="auto"/>
            </w:pPr>
          </w:p>
          <w:p w14:paraId="340F200B" w14:textId="77777777" w:rsidR="003E4319" w:rsidRDefault="003E4319">
            <w:pPr>
              <w:spacing w:line="240" w:lineRule="auto"/>
            </w:pPr>
          </w:p>
          <w:p w14:paraId="6947212B" w14:textId="77777777" w:rsidR="003E4319" w:rsidRDefault="003E4319">
            <w:pPr>
              <w:spacing w:line="240" w:lineRule="auto"/>
            </w:pPr>
          </w:p>
          <w:p w14:paraId="01F496F7" w14:textId="77777777" w:rsidR="003E4319" w:rsidRDefault="003E4319">
            <w:pPr>
              <w:spacing w:line="240" w:lineRule="auto"/>
            </w:pPr>
          </w:p>
          <w:p w14:paraId="12D60A7F" w14:textId="4AF3BC93" w:rsidR="003E4319" w:rsidRDefault="003E4319">
            <w:pPr>
              <w:spacing w:line="240" w:lineRule="auto"/>
            </w:pPr>
          </w:p>
          <w:p w14:paraId="03962D18" w14:textId="77777777" w:rsidR="003E4319" w:rsidRDefault="003E4319">
            <w:pPr>
              <w:spacing w:line="240" w:lineRule="auto"/>
            </w:pPr>
          </w:p>
          <w:p w14:paraId="137EA393" w14:textId="77777777" w:rsidR="003E4319" w:rsidRDefault="003E4319">
            <w:pPr>
              <w:spacing w:line="240" w:lineRule="auto"/>
            </w:pPr>
          </w:p>
        </w:tc>
      </w:tr>
      <w:tr w:rsidR="00296F76" w14:paraId="57B298EF" w14:textId="77777777" w:rsidTr="00394E8A">
        <w:trPr>
          <w:cantSplit/>
          <w:trHeight w:val="1290"/>
          <w:jc w:val="center"/>
        </w:trPr>
        <w:tc>
          <w:tcPr>
            <w:tcW w:w="2126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EDADC0" w14:textId="4D2732F9" w:rsidR="00296F76" w:rsidRPr="003E4319" w:rsidRDefault="00296F76" w:rsidP="003E4319">
            <w:pPr>
              <w:spacing w:line="240" w:lineRule="auto"/>
              <w:rPr>
                <w:rFonts w:eastAsia="Times New Roman"/>
                <w:b/>
                <w:sz w:val="20"/>
                <w:szCs w:val="28"/>
              </w:rPr>
            </w:pPr>
            <w:r w:rsidRPr="003E4319">
              <w:rPr>
                <w:rFonts w:eastAsia="Times New Roman"/>
                <w:b/>
                <w:sz w:val="20"/>
                <w:szCs w:val="28"/>
              </w:rPr>
              <w:t>Gözlemlenen Vakalar ve Süreçler</w:t>
            </w:r>
          </w:p>
        </w:tc>
        <w:tc>
          <w:tcPr>
            <w:tcW w:w="864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BE6859" w14:textId="77777777" w:rsidR="00296F76" w:rsidRDefault="00296F76">
            <w:pPr>
              <w:spacing w:line="240" w:lineRule="auto"/>
            </w:pPr>
          </w:p>
          <w:p w14:paraId="6890C388" w14:textId="77777777" w:rsidR="003E4319" w:rsidRDefault="003E4319">
            <w:pPr>
              <w:spacing w:line="240" w:lineRule="auto"/>
            </w:pPr>
          </w:p>
          <w:p w14:paraId="0D168924" w14:textId="77777777" w:rsidR="003E4319" w:rsidRDefault="003E4319">
            <w:pPr>
              <w:spacing w:line="240" w:lineRule="auto"/>
            </w:pPr>
          </w:p>
          <w:p w14:paraId="0A4ED09F" w14:textId="77777777" w:rsidR="003E4319" w:rsidRDefault="003E4319">
            <w:pPr>
              <w:spacing w:line="240" w:lineRule="auto"/>
            </w:pPr>
          </w:p>
          <w:p w14:paraId="10A44213" w14:textId="77777777" w:rsidR="003E4319" w:rsidRDefault="003E4319">
            <w:pPr>
              <w:spacing w:line="240" w:lineRule="auto"/>
            </w:pPr>
          </w:p>
          <w:p w14:paraId="20712037" w14:textId="77777777" w:rsidR="003E4319" w:rsidRDefault="003E4319">
            <w:pPr>
              <w:spacing w:line="240" w:lineRule="auto"/>
            </w:pPr>
          </w:p>
          <w:p w14:paraId="39FED21E" w14:textId="77777777" w:rsidR="003E4319" w:rsidRDefault="003E4319">
            <w:pPr>
              <w:spacing w:line="240" w:lineRule="auto"/>
            </w:pPr>
          </w:p>
          <w:p w14:paraId="148BF13E" w14:textId="6D92F646" w:rsidR="003E4319" w:rsidRDefault="003E4319">
            <w:pPr>
              <w:spacing w:line="240" w:lineRule="auto"/>
            </w:pPr>
          </w:p>
        </w:tc>
      </w:tr>
      <w:tr w:rsidR="00296F76" w14:paraId="749847EA" w14:textId="77777777" w:rsidTr="00394E8A">
        <w:trPr>
          <w:cantSplit/>
          <w:trHeight w:val="1290"/>
          <w:jc w:val="center"/>
        </w:trPr>
        <w:tc>
          <w:tcPr>
            <w:tcW w:w="2126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A1F89D" w14:textId="3749E438" w:rsidR="00296F76" w:rsidRPr="003E4319" w:rsidRDefault="00296F76" w:rsidP="003E4319">
            <w:pPr>
              <w:spacing w:line="240" w:lineRule="auto"/>
              <w:rPr>
                <w:rFonts w:eastAsia="Times New Roman"/>
                <w:b/>
                <w:sz w:val="20"/>
                <w:szCs w:val="28"/>
              </w:rPr>
            </w:pPr>
            <w:r w:rsidRPr="003E4319">
              <w:rPr>
                <w:rFonts w:eastAsia="Times New Roman"/>
                <w:b/>
                <w:sz w:val="20"/>
                <w:szCs w:val="28"/>
              </w:rPr>
              <w:t>Kullanılan Cihaz, Alet ve Tıbbi Teçhizat</w:t>
            </w:r>
          </w:p>
        </w:tc>
        <w:tc>
          <w:tcPr>
            <w:tcW w:w="864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3CF22D" w14:textId="77777777" w:rsidR="00296F76" w:rsidRDefault="00296F76">
            <w:pPr>
              <w:spacing w:line="240" w:lineRule="auto"/>
            </w:pPr>
          </w:p>
          <w:p w14:paraId="70B92C0F" w14:textId="77777777" w:rsidR="003E4319" w:rsidRDefault="003E4319">
            <w:pPr>
              <w:spacing w:line="240" w:lineRule="auto"/>
            </w:pPr>
          </w:p>
          <w:p w14:paraId="301531A7" w14:textId="77777777" w:rsidR="003E4319" w:rsidRDefault="003E4319">
            <w:pPr>
              <w:spacing w:line="240" w:lineRule="auto"/>
            </w:pPr>
          </w:p>
          <w:p w14:paraId="61BA9566" w14:textId="77777777" w:rsidR="003E4319" w:rsidRDefault="003E4319">
            <w:pPr>
              <w:spacing w:line="240" w:lineRule="auto"/>
            </w:pPr>
          </w:p>
          <w:p w14:paraId="7544D5DF" w14:textId="77777777" w:rsidR="003E4319" w:rsidRDefault="003E4319">
            <w:pPr>
              <w:spacing w:line="240" w:lineRule="auto"/>
            </w:pPr>
          </w:p>
          <w:p w14:paraId="5C25126C" w14:textId="1BCC2F22" w:rsidR="003E4319" w:rsidRDefault="003E4319">
            <w:pPr>
              <w:spacing w:line="240" w:lineRule="auto"/>
            </w:pPr>
          </w:p>
          <w:p w14:paraId="0338E546" w14:textId="77777777" w:rsidR="003E4319" w:rsidRDefault="003E4319">
            <w:pPr>
              <w:spacing w:line="240" w:lineRule="auto"/>
            </w:pPr>
          </w:p>
          <w:p w14:paraId="2E4DAAA5" w14:textId="4FCBE535" w:rsidR="003E4319" w:rsidRDefault="003E4319">
            <w:pPr>
              <w:spacing w:line="240" w:lineRule="auto"/>
            </w:pPr>
          </w:p>
        </w:tc>
      </w:tr>
      <w:tr w:rsidR="00296F76" w14:paraId="59EFE392" w14:textId="77777777" w:rsidTr="00394E8A">
        <w:trPr>
          <w:cantSplit/>
          <w:trHeight w:val="1290"/>
          <w:jc w:val="center"/>
        </w:trPr>
        <w:tc>
          <w:tcPr>
            <w:tcW w:w="2126" w:type="dxa"/>
            <w:shd w:val="clear" w:color="auto" w:fill="B8CCE4" w:themeFill="accent1" w:themeFillTint="6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0BE342" w14:textId="7F28FA3D" w:rsidR="00296F76" w:rsidRPr="003E4319" w:rsidRDefault="00296F76" w:rsidP="003E4319">
            <w:pPr>
              <w:spacing w:line="240" w:lineRule="auto"/>
              <w:rPr>
                <w:rFonts w:eastAsia="Times New Roman"/>
                <w:b/>
                <w:sz w:val="20"/>
                <w:szCs w:val="28"/>
              </w:rPr>
            </w:pPr>
            <w:r w:rsidRPr="003E4319">
              <w:rPr>
                <w:rFonts w:eastAsia="Times New Roman"/>
                <w:b/>
                <w:sz w:val="20"/>
                <w:szCs w:val="28"/>
              </w:rPr>
              <w:t>Karşılaşılan Zorluklar, Çözüm Yolları ve Mesleki Kazanımlar</w:t>
            </w:r>
          </w:p>
        </w:tc>
        <w:tc>
          <w:tcPr>
            <w:tcW w:w="8643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8D6304" w14:textId="77777777" w:rsidR="00296F76" w:rsidRDefault="00296F76">
            <w:pPr>
              <w:spacing w:line="240" w:lineRule="auto"/>
            </w:pPr>
          </w:p>
          <w:p w14:paraId="67126E58" w14:textId="77777777" w:rsidR="003E4319" w:rsidRDefault="003E4319">
            <w:pPr>
              <w:spacing w:line="240" w:lineRule="auto"/>
            </w:pPr>
          </w:p>
          <w:p w14:paraId="7FE65489" w14:textId="77777777" w:rsidR="003E4319" w:rsidRDefault="003E4319">
            <w:pPr>
              <w:spacing w:line="240" w:lineRule="auto"/>
            </w:pPr>
          </w:p>
          <w:p w14:paraId="4368137A" w14:textId="77777777" w:rsidR="003E4319" w:rsidRDefault="003E4319">
            <w:pPr>
              <w:spacing w:line="240" w:lineRule="auto"/>
            </w:pPr>
          </w:p>
          <w:p w14:paraId="1B2413F9" w14:textId="77777777" w:rsidR="003E4319" w:rsidRDefault="003E4319">
            <w:pPr>
              <w:spacing w:line="240" w:lineRule="auto"/>
            </w:pPr>
          </w:p>
          <w:p w14:paraId="74D9F9F7" w14:textId="77777777" w:rsidR="003E4319" w:rsidRDefault="003E4319">
            <w:pPr>
              <w:spacing w:line="240" w:lineRule="auto"/>
            </w:pPr>
          </w:p>
          <w:p w14:paraId="1FC71313" w14:textId="77777777" w:rsidR="003E4319" w:rsidRDefault="003E4319">
            <w:pPr>
              <w:spacing w:line="240" w:lineRule="auto"/>
            </w:pPr>
          </w:p>
          <w:p w14:paraId="74B835AB" w14:textId="40E156AD" w:rsidR="003E4319" w:rsidRDefault="003E4319">
            <w:pPr>
              <w:spacing w:line="240" w:lineRule="auto"/>
            </w:pPr>
          </w:p>
        </w:tc>
      </w:tr>
    </w:tbl>
    <w:p w14:paraId="43139988" w14:textId="78F2BF23" w:rsidR="00106D84" w:rsidRDefault="00106D84">
      <w:pPr>
        <w:keepNext/>
        <w:spacing w:before="60" w:after="40"/>
        <w:rPr>
          <w:rFonts w:eastAsia="Times New Roman"/>
          <w:b/>
          <w:sz w:val="19"/>
        </w:rPr>
      </w:pPr>
    </w:p>
    <w:p w14:paraId="6D22EA1B" w14:textId="3D10A841" w:rsidR="003C636C" w:rsidRDefault="00EF5975">
      <w:pPr>
        <w:keepNext/>
        <w:spacing w:before="60" w:after="40"/>
      </w:pPr>
      <w:r>
        <w:rPr>
          <w:rFonts w:eastAsia="Times New Roman"/>
          <w:b/>
          <w:sz w:val="19"/>
        </w:rPr>
        <w:t>ÖĞRENCİ BEYANI</w:t>
      </w:r>
    </w:p>
    <w:p w14:paraId="6F7C0624" w14:textId="77777777" w:rsidR="003C636C" w:rsidRPr="003E4319" w:rsidRDefault="00EF5975">
      <w:pPr>
        <w:spacing w:after="40" w:line="240" w:lineRule="auto"/>
        <w:rPr>
          <w:sz w:val="20"/>
        </w:rPr>
      </w:pPr>
      <w:r w:rsidRPr="003E4319">
        <w:rPr>
          <w:rFonts w:eastAsia="Times New Roman"/>
          <w:sz w:val="18"/>
        </w:rPr>
        <w:t>Bu formda yer alan bilgilerin uygulama sürecimi gerçeğe uygun biçimde yansıttığını; kurum kuralları, mesleki etik, hasta hakları, mahremiyet ve gizlilik ilkelerine uyduğumu beyan ederim.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3968"/>
        <w:gridCol w:w="1133"/>
        <w:gridCol w:w="3911"/>
      </w:tblGrid>
      <w:tr w:rsidR="003C636C" w14:paraId="5525AF8C" w14:textId="77777777" w:rsidTr="00394E8A">
        <w:trPr>
          <w:cantSplit/>
          <w:trHeight w:val="454"/>
          <w:jc w:val="center"/>
        </w:trPr>
        <w:tc>
          <w:tcPr>
            <w:tcW w:w="1757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04887F" w14:textId="77777777" w:rsidR="003C636C" w:rsidRDefault="00EF5975">
            <w:pPr>
              <w:spacing w:line="240" w:lineRule="auto"/>
            </w:pPr>
            <w:r>
              <w:rPr>
                <w:rFonts w:eastAsia="Times New Roman"/>
                <w:b/>
                <w:sz w:val="15"/>
              </w:rPr>
              <w:t>Öğrencinin Adı Soyadı</w:t>
            </w:r>
          </w:p>
        </w:tc>
        <w:tc>
          <w:tcPr>
            <w:tcW w:w="3968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F51587" w14:textId="77777777" w:rsidR="003C636C" w:rsidRDefault="003C636C">
            <w:pPr>
              <w:spacing w:line="240" w:lineRule="auto"/>
            </w:pPr>
          </w:p>
        </w:tc>
        <w:tc>
          <w:tcPr>
            <w:tcW w:w="1133" w:type="dxa"/>
            <w:shd w:val="clear" w:color="auto" w:fill="E7E6E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47A806" w14:textId="77777777" w:rsidR="003C636C" w:rsidRDefault="00EF5975">
            <w:pPr>
              <w:spacing w:line="240" w:lineRule="auto"/>
            </w:pPr>
            <w:r>
              <w:rPr>
                <w:rFonts w:eastAsia="Times New Roman"/>
                <w:b/>
                <w:sz w:val="15"/>
              </w:rPr>
              <w:t>Tarih / İmza</w:t>
            </w:r>
          </w:p>
        </w:tc>
        <w:tc>
          <w:tcPr>
            <w:tcW w:w="3911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05A8B3" w14:textId="77777777" w:rsidR="003C636C" w:rsidRDefault="00EF5975">
            <w:pPr>
              <w:spacing w:line="240" w:lineRule="auto"/>
            </w:pPr>
            <w:r>
              <w:rPr>
                <w:rFonts w:eastAsia="Times New Roman"/>
                <w:sz w:val="15"/>
              </w:rPr>
              <w:t xml:space="preserve">__/__/20__                                      </w:t>
            </w:r>
          </w:p>
        </w:tc>
      </w:tr>
    </w:tbl>
    <w:p w14:paraId="21CC6381" w14:textId="55CB9245" w:rsidR="003C636C" w:rsidRDefault="003C636C"/>
    <w:sectPr w:rsidR="003C636C" w:rsidSect="00150F20">
      <w:headerReference w:type="default" r:id="rId8"/>
      <w:footerReference w:type="default" r:id="rId9"/>
      <w:pgSz w:w="11906" w:h="16838"/>
      <w:pgMar w:top="2013" w:right="567" w:bottom="935" w:left="56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43875F" w14:textId="77777777" w:rsidR="00123108" w:rsidRDefault="00123108">
      <w:pPr>
        <w:spacing w:line="240" w:lineRule="auto"/>
      </w:pPr>
      <w:r>
        <w:separator/>
      </w:r>
    </w:p>
  </w:endnote>
  <w:endnote w:type="continuationSeparator" w:id="0">
    <w:p w14:paraId="5DBD38B0" w14:textId="77777777" w:rsidR="00123108" w:rsidRDefault="001231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7030B" w14:textId="77777777" w:rsidR="003C636C" w:rsidRDefault="003C636C">
    <w:pPr>
      <w:pStyle w:val="AltBilgi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590"/>
      <w:gridCol w:w="3590"/>
      <w:gridCol w:w="3590"/>
    </w:tblGrid>
    <w:tr w:rsidR="003C636C" w14:paraId="468B3205" w14:textId="77777777" w:rsidTr="00150F20">
      <w:trPr>
        <w:trHeight w:hRule="exact" w:val="567"/>
        <w:jc w:val="center"/>
      </w:trPr>
      <w:tc>
        <w:tcPr>
          <w:tcW w:w="3590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tcMar>
            <w:top w:w="70" w:type="dxa"/>
            <w:left w:w="75" w:type="dxa"/>
            <w:bottom w:w="70" w:type="dxa"/>
            <w:right w:w="75" w:type="dxa"/>
          </w:tcMar>
        </w:tcPr>
        <w:p w14:paraId="197C927E" w14:textId="77777777" w:rsidR="003C636C" w:rsidRPr="00150F20" w:rsidRDefault="00EF5975" w:rsidP="00150F20">
          <w:pPr>
            <w:spacing w:line="240" w:lineRule="auto"/>
            <w:jc w:val="center"/>
            <w:rPr>
              <w:sz w:val="18"/>
            </w:rPr>
          </w:pPr>
          <w:r w:rsidRPr="00150F20">
            <w:rPr>
              <w:rFonts w:eastAsia="Times New Roman"/>
              <w:b/>
              <w:sz w:val="18"/>
            </w:rPr>
            <w:t>HAZIRLAYAN</w:t>
          </w:r>
        </w:p>
      </w:tc>
      <w:tc>
        <w:tcPr>
          <w:tcW w:w="3590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tcMar>
            <w:top w:w="70" w:type="dxa"/>
            <w:left w:w="75" w:type="dxa"/>
            <w:bottom w:w="70" w:type="dxa"/>
            <w:right w:w="75" w:type="dxa"/>
          </w:tcMar>
        </w:tcPr>
        <w:p w14:paraId="5B0CA8EA" w14:textId="77777777" w:rsidR="003C636C" w:rsidRPr="00150F20" w:rsidRDefault="00EF5975" w:rsidP="00150F20">
          <w:pPr>
            <w:spacing w:line="240" w:lineRule="auto"/>
            <w:jc w:val="center"/>
            <w:rPr>
              <w:sz w:val="18"/>
            </w:rPr>
          </w:pPr>
          <w:r w:rsidRPr="00150F20">
            <w:rPr>
              <w:rFonts w:eastAsia="Times New Roman"/>
              <w:b/>
              <w:sz w:val="18"/>
            </w:rPr>
            <w:t>KONTROL EDEN</w:t>
          </w:r>
        </w:p>
      </w:tc>
      <w:tc>
        <w:tcPr>
          <w:tcW w:w="3590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tcMar>
            <w:top w:w="70" w:type="dxa"/>
            <w:left w:w="75" w:type="dxa"/>
            <w:bottom w:w="70" w:type="dxa"/>
            <w:right w:w="75" w:type="dxa"/>
          </w:tcMar>
        </w:tcPr>
        <w:p w14:paraId="0FB8FB3E" w14:textId="77777777" w:rsidR="003C636C" w:rsidRPr="00150F20" w:rsidRDefault="00EF5975" w:rsidP="00150F20">
          <w:pPr>
            <w:spacing w:line="240" w:lineRule="auto"/>
            <w:jc w:val="center"/>
            <w:rPr>
              <w:sz w:val="18"/>
            </w:rPr>
          </w:pPr>
          <w:r w:rsidRPr="00150F20">
            <w:rPr>
              <w:rFonts w:eastAsia="Times New Roman"/>
              <w:b/>
              <w:sz w:val="18"/>
            </w:rPr>
            <w:t>ONAYLAYAN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5CCED" w14:textId="77777777" w:rsidR="00123108" w:rsidRDefault="00123108">
      <w:pPr>
        <w:spacing w:line="240" w:lineRule="auto"/>
      </w:pPr>
      <w:r>
        <w:separator/>
      </w:r>
    </w:p>
  </w:footnote>
  <w:footnote w:type="continuationSeparator" w:id="0">
    <w:p w14:paraId="0880360C" w14:textId="77777777" w:rsidR="00123108" w:rsidRDefault="001231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74"/>
      <w:gridCol w:w="5755"/>
      <w:gridCol w:w="1727"/>
      <w:gridCol w:w="226"/>
      <w:gridCol w:w="1587"/>
    </w:tblGrid>
    <w:tr w:rsidR="003C636C" w14:paraId="3AEE9878" w14:textId="77777777" w:rsidTr="00150F20">
      <w:trPr>
        <w:cantSplit/>
        <w:trHeight w:val="244"/>
        <w:jc w:val="center"/>
      </w:trPr>
      <w:tc>
        <w:tcPr>
          <w:tcW w:w="1474" w:type="dxa"/>
          <w:vMerge w:val="restart"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2C732BB1" w14:textId="77777777" w:rsidR="003C636C" w:rsidRDefault="00EF5975">
          <w:pPr>
            <w:jc w:val="center"/>
          </w:pPr>
          <w:r>
            <w:rPr>
              <w:noProof/>
              <w:lang w:val="tr-TR" w:eastAsia="tr-TR"/>
            </w:rPr>
            <w:drawing>
              <wp:inline distT="0" distB="0" distL="0" distR="0" wp14:anchorId="66061A2F" wp14:editId="1A22A724">
                <wp:extent cx="701675" cy="838200"/>
                <wp:effectExtent l="0" t="0" r="317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001" cy="8385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55" w:type="dxa"/>
          <w:vMerge w:val="restart"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101C3FE8" w14:textId="77777777" w:rsidR="00150F20" w:rsidRPr="00150F20" w:rsidRDefault="00150F20" w:rsidP="00150F20">
          <w:pPr>
            <w:spacing w:line="360" w:lineRule="auto"/>
            <w:jc w:val="center"/>
            <w:rPr>
              <w:rFonts w:eastAsia="Times New Roman"/>
              <w:b/>
              <w:sz w:val="22"/>
            </w:rPr>
          </w:pPr>
          <w:r w:rsidRPr="00150F20">
            <w:rPr>
              <w:rFonts w:eastAsia="Times New Roman"/>
              <w:b/>
              <w:sz w:val="22"/>
            </w:rPr>
            <w:t>BATMAN ÜNİVERSİTESİ</w:t>
          </w:r>
        </w:p>
        <w:p w14:paraId="59F643C0" w14:textId="77777777" w:rsidR="00150F20" w:rsidRDefault="00150F20" w:rsidP="00150F20">
          <w:pPr>
            <w:spacing w:line="360" w:lineRule="auto"/>
            <w:jc w:val="center"/>
            <w:rPr>
              <w:rFonts w:eastAsia="Times New Roman"/>
              <w:b/>
              <w:sz w:val="22"/>
            </w:rPr>
          </w:pPr>
          <w:r w:rsidRPr="00150F20">
            <w:rPr>
              <w:rFonts w:eastAsia="Times New Roman"/>
              <w:b/>
              <w:sz w:val="22"/>
            </w:rPr>
            <w:t>SAĞLIK HİZMETLERİ MESLEK YÜKSEKOKULU</w:t>
          </w:r>
        </w:p>
        <w:p w14:paraId="595FF2A0" w14:textId="052E9503" w:rsidR="003C636C" w:rsidRPr="00150F20" w:rsidRDefault="00150F20" w:rsidP="00150F20">
          <w:pPr>
            <w:spacing w:line="360" w:lineRule="auto"/>
            <w:jc w:val="center"/>
            <w:rPr>
              <w:rFonts w:eastAsia="Times New Roman"/>
              <w:b/>
              <w:sz w:val="22"/>
            </w:rPr>
          </w:pPr>
          <w:r w:rsidRPr="003E4319">
            <w:rPr>
              <w:rFonts w:eastAsia="Times New Roman"/>
              <w:b/>
              <w:sz w:val="22"/>
            </w:rPr>
            <w:t>HASTANE UYGULAMASI TAKIP VE</w:t>
          </w:r>
          <w:r>
            <w:rPr>
              <w:rFonts w:eastAsia="Times New Roman"/>
              <w:b/>
              <w:sz w:val="22"/>
            </w:rPr>
            <w:t xml:space="preserve"> </w:t>
          </w:r>
          <w:r w:rsidRPr="003E4319">
            <w:rPr>
              <w:rFonts w:eastAsia="Times New Roman"/>
              <w:b/>
              <w:sz w:val="22"/>
            </w:rPr>
            <w:t>DEĞERLENDIRME FORMU (ÖĞRENCI)</w:t>
          </w:r>
        </w:p>
      </w:tc>
      <w:tc>
        <w:tcPr>
          <w:tcW w:w="1727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50EBCF59" w14:textId="77777777" w:rsidR="003C636C" w:rsidRPr="003E4319" w:rsidRDefault="00EF5975">
          <w:pPr>
            <w:spacing w:line="240" w:lineRule="auto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Doküman No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017E6067" w14:textId="77777777" w:rsidR="003C636C" w:rsidRPr="003E4319" w:rsidRDefault="00EF5975">
          <w:pPr>
            <w:spacing w:line="240" w:lineRule="auto"/>
            <w:jc w:val="center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68450570" w14:textId="44464423" w:rsidR="003C636C" w:rsidRPr="003E4319" w:rsidRDefault="00150F20" w:rsidP="00D447FC">
          <w:pPr>
            <w:spacing w:line="240" w:lineRule="auto"/>
            <w:rPr>
              <w:sz w:val="18"/>
            </w:rPr>
          </w:pPr>
          <w:r>
            <w:rPr>
              <w:rFonts w:eastAsia="Times New Roman"/>
              <w:sz w:val="18"/>
            </w:rPr>
            <w:t>FR-558</w:t>
          </w:r>
        </w:p>
      </w:tc>
    </w:tr>
    <w:tr w:rsidR="003C636C" w14:paraId="137D5978" w14:textId="77777777" w:rsidTr="00150F20">
      <w:trPr>
        <w:cantSplit/>
        <w:trHeight w:val="244"/>
        <w:jc w:val="center"/>
      </w:trPr>
      <w:tc>
        <w:tcPr>
          <w:tcW w:w="1474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6E5BFF6B" w14:textId="77777777" w:rsidR="003C636C" w:rsidRDefault="003C636C"/>
      </w:tc>
      <w:tc>
        <w:tcPr>
          <w:tcW w:w="5755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5A62A52E" w14:textId="77777777" w:rsidR="003C636C" w:rsidRDefault="003C636C"/>
      </w:tc>
      <w:tc>
        <w:tcPr>
          <w:tcW w:w="1727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1567B28D" w14:textId="77777777" w:rsidR="003C636C" w:rsidRPr="003E4319" w:rsidRDefault="00EF5975">
          <w:pPr>
            <w:spacing w:line="240" w:lineRule="auto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İlk Yayın Tarihi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463980B9" w14:textId="77777777" w:rsidR="003C636C" w:rsidRPr="003E4319" w:rsidRDefault="00EF5975">
          <w:pPr>
            <w:spacing w:line="240" w:lineRule="auto"/>
            <w:jc w:val="center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270C0736" w14:textId="74589F27" w:rsidR="003C636C" w:rsidRPr="003E4319" w:rsidRDefault="00150F20" w:rsidP="00D447FC">
          <w:pPr>
            <w:spacing w:line="240" w:lineRule="auto"/>
            <w:rPr>
              <w:sz w:val="18"/>
            </w:rPr>
          </w:pPr>
          <w:r>
            <w:rPr>
              <w:rFonts w:eastAsia="Times New Roman"/>
              <w:sz w:val="18"/>
            </w:rPr>
            <w:t>28.09.2026</w:t>
          </w:r>
        </w:p>
      </w:tc>
    </w:tr>
    <w:tr w:rsidR="003C636C" w14:paraId="6621B78A" w14:textId="77777777" w:rsidTr="00150F20">
      <w:trPr>
        <w:cantSplit/>
        <w:trHeight w:val="244"/>
        <w:jc w:val="center"/>
      </w:trPr>
      <w:tc>
        <w:tcPr>
          <w:tcW w:w="1474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4ADE0292" w14:textId="77777777" w:rsidR="003C636C" w:rsidRDefault="003C636C"/>
      </w:tc>
      <w:tc>
        <w:tcPr>
          <w:tcW w:w="5755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42157ACC" w14:textId="77777777" w:rsidR="003C636C" w:rsidRDefault="003C636C"/>
      </w:tc>
      <w:tc>
        <w:tcPr>
          <w:tcW w:w="1727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4D14C331" w14:textId="77777777" w:rsidR="003C636C" w:rsidRPr="003E4319" w:rsidRDefault="00EF5975">
          <w:pPr>
            <w:spacing w:line="240" w:lineRule="auto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Revizyon Tarihi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30911BE6" w14:textId="77777777" w:rsidR="003C636C" w:rsidRPr="003E4319" w:rsidRDefault="00EF5975">
          <w:pPr>
            <w:spacing w:line="240" w:lineRule="auto"/>
            <w:jc w:val="center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49E80C03" w14:textId="5AF8E4F3" w:rsidR="003C636C" w:rsidRPr="003E4319" w:rsidRDefault="003C636C" w:rsidP="00D447FC">
          <w:pPr>
            <w:spacing w:line="240" w:lineRule="auto"/>
            <w:rPr>
              <w:sz w:val="18"/>
            </w:rPr>
          </w:pPr>
        </w:p>
      </w:tc>
    </w:tr>
    <w:tr w:rsidR="003C636C" w14:paraId="2AD245AF" w14:textId="77777777" w:rsidTr="00150F20">
      <w:trPr>
        <w:cantSplit/>
        <w:trHeight w:val="244"/>
        <w:jc w:val="center"/>
      </w:trPr>
      <w:tc>
        <w:tcPr>
          <w:tcW w:w="1474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368B0AEA" w14:textId="77777777" w:rsidR="003C636C" w:rsidRDefault="003C636C"/>
      </w:tc>
      <w:tc>
        <w:tcPr>
          <w:tcW w:w="5755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0F2E8E6C" w14:textId="77777777" w:rsidR="003C636C" w:rsidRDefault="003C636C"/>
      </w:tc>
      <w:tc>
        <w:tcPr>
          <w:tcW w:w="1727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081A8FCB" w14:textId="77777777" w:rsidR="003C636C" w:rsidRPr="003E4319" w:rsidRDefault="00EF5975">
          <w:pPr>
            <w:spacing w:line="240" w:lineRule="auto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Revizyon No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7E0B07F4" w14:textId="77777777" w:rsidR="003C636C" w:rsidRPr="003E4319" w:rsidRDefault="00EF5975">
          <w:pPr>
            <w:spacing w:line="240" w:lineRule="auto"/>
            <w:jc w:val="center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083D181A" w14:textId="275B74FD" w:rsidR="003C636C" w:rsidRPr="003E4319" w:rsidRDefault="00150F20" w:rsidP="00D447FC">
          <w:pPr>
            <w:spacing w:line="240" w:lineRule="auto"/>
            <w:rPr>
              <w:sz w:val="18"/>
            </w:rPr>
          </w:pPr>
          <w:r>
            <w:rPr>
              <w:rFonts w:eastAsia="Times New Roman"/>
              <w:sz w:val="18"/>
            </w:rPr>
            <w:t>00</w:t>
          </w:r>
        </w:p>
      </w:tc>
    </w:tr>
    <w:tr w:rsidR="003C636C" w14:paraId="38901820" w14:textId="77777777" w:rsidTr="00150F20">
      <w:trPr>
        <w:cantSplit/>
        <w:trHeight w:val="244"/>
        <w:jc w:val="center"/>
      </w:trPr>
      <w:tc>
        <w:tcPr>
          <w:tcW w:w="1474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5FC812CE" w14:textId="77777777" w:rsidR="003C636C" w:rsidRDefault="003C636C"/>
      </w:tc>
      <w:tc>
        <w:tcPr>
          <w:tcW w:w="5755" w:type="dxa"/>
          <w:vMerge/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19864693" w14:textId="77777777" w:rsidR="003C636C" w:rsidRDefault="003C636C"/>
      </w:tc>
      <w:tc>
        <w:tcPr>
          <w:tcW w:w="1727" w:type="dxa"/>
          <w:tcBorders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4F4E31CB" w14:textId="77777777" w:rsidR="003C636C" w:rsidRPr="003E4319" w:rsidRDefault="00EF5975">
          <w:pPr>
            <w:spacing w:line="240" w:lineRule="auto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Sayfa No</w:t>
          </w:r>
        </w:p>
      </w:tc>
      <w:tc>
        <w:tcPr>
          <w:tcW w:w="226" w:type="dxa"/>
          <w:tcBorders>
            <w:left w:val="nil"/>
            <w:right w:val="nil"/>
          </w:tcBorders>
          <w:tcMar>
            <w:top w:w="70" w:type="dxa"/>
            <w:left w:w="75" w:type="dxa"/>
            <w:bottom w:w="70" w:type="dxa"/>
            <w:right w:w="75" w:type="dxa"/>
          </w:tcMar>
          <w:vAlign w:val="center"/>
        </w:tcPr>
        <w:p w14:paraId="05D92206" w14:textId="77777777" w:rsidR="003C636C" w:rsidRPr="003E4319" w:rsidRDefault="00EF5975">
          <w:pPr>
            <w:spacing w:line="240" w:lineRule="auto"/>
            <w:jc w:val="center"/>
            <w:rPr>
              <w:sz w:val="18"/>
            </w:rPr>
          </w:pPr>
          <w:r w:rsidRPr="003E4319">
            <w:rPr>
              <w:rFonts w:eastAsia="Times New Roman"/>
              <w:sz w:val="18"/>
            </w:rPr>
            <w:t>:</w:t>
          </w:r>
        </w:p>
      </w:tc>
      <w:tc>
        <w:tcPr>
          <w:tcW w:w="1587" w:type="dxa"/>
          <w:tcBorders>
            <w:left w:val="nil"/>
          </w:tcBorders>
          <w:tcMar>
            <w:top w:w="40" w:type="dxa"/>
            <w:left w:w="45" w:type="dxa"/>
            <w:bottom w:w="40" w:type="dxa"/>
            <w:right w:w="45" w:type="dxa"/>
          </w:tcMar>
          <w:vAlign w:val="center"/>
        </w:tcPr>
        <w:p w14:paraId="75FAFB85" w14:textId="152224D6" w:rsidR="003C636C" w:rsidRPr="003E4319" w:rsidRDefault="00EF5975" w:rsidP="00D447FC">
          <w:pPr>
            <w:rPr>
              <w:sz w:val="18"/>
            </w:rPr>
          </w:pPr>
          <w:r w:rsidRPr="003E4319">
            <w:rPr>
              <w:sz w:val="18"/>
            </w:rPr>
            <w:fldChar w:fldCharType="begin"/>
          </w:r>
          <w:r w:rsidRPr="003E4319">
            <w:rPr>
              <w:sz w:val="18"/>
            </w:rPr>
            <w:instrText>PAGE</w:instrText>
          </w:r>
          <w:r w:rsidRPr="003E4319">
            <w:rPr>
              <w:sz w:val="18"/>
            </w:rPr>
            <w:fldChar w:fldCharType="separate"/>
          </w:r>
          <w:r w:rsidR="00150F20">
            <w:rPr>
              <w:noProof/>
              <w:sz w:val="18"/>
            </w:rPr>
            <w:t>1</w:t>
          </w:r>
          <w:r w:rsidRPr="003E4319">
            <w:rPr>
              <w:sz w:val="18"/>
            </w:rPr>
            <w:fldChar w:fldCharType="end"/>
          </w:r>
          <w:r w:rsidRPr="003E4319">
            <w:rPr>
              <w:rFonts w:eastAsia="Times New Roman"/>
              <w:sz w:val="18"/>
            </w:rPr>
            <w:t xml:space="preserve"> / </w:t>
          </w:r>
          <w:r w:rsidRPr="003E4319">
            <w:rPr>
              <w:sz w:val="18"/>
            </w:rPr>
            <w:fldChar w:fldCharType="begin"/>
          </w:r>
          <w:r w:rsidRPr="003E4319">
            <w:rPr>
              <w:sz w:val="18"/>
            </w:rPr>
            <w:instrText>NUMPAGES</w:instrText>
          </w:r>
          <w:r w:rsidRPr="003E4319">
            <w:rPr>
              <w:sz w:val="18"/>
            </w:rPr>
            <w:fldChar w:fldCharType="separate"/>
          </w:r>
          <w:r w:rsidR="00150F20">
            <w:rPr>
              <w:noProof/>
              <w:sz w:val="18"/>
            </w:rPr>
            <w:t>1</w:t>
          </w:r>
          <w:r w:rsidRPr="003E4319">
            <w:rPr>
              <w:sz w:val="18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5A75"/>
    <w:rsid w:val="00106D84"/>
    <w:rsid w:val="00123108"/>
    <w:rsid w:val="0015074B"/>
    <w:rsid w:val="00150F20"/>
    <w:rsid w:val="001A73E6"/>
    <w:rsid w:val="0029639D"/>
    <w:rsid w:val="00296F76"/>
    <w:rsid w:val="002C6E9D"/>
    <w:rsid w:val="003072A5"/>
    <w:rsid w:val="00326F90"/>
    <w:rsid w:val="003307E3"/>
    <w:rsid w:val="00394E8A"/>
    <w:rsid w:val="003C636C"/>
    <w:rsid w:val="003E4319"/>
    <w:rsid w:val="00486848"/>
    <w:rsid w:val="00737FB7"/>
    <w:rsid w:val="0077151F"/>
    <w:rsid w:val="007C54D0"/>
    <w:rsid w:val="007D310E"/>
    <w:rsid w:val="007E3CBE"/>
    <w:rsid w:val="007F431C"/>
    <w:rsid w:val="00803D78"/>
    <w:rsid w:val="008A232D"/>
    <w:rsid w:val="00A066D0"/>
    <w:rsid w:val="00AA1D8D"/>
    <w:rsid w:val="00B15BFA"/>
    <w:rsid w:val="00B47730"/>
    <w:rsid w:val="00B74CE3"/>
    <w:rsid w:val="00C64D9E"/>
    <w:rsid w:val="00CB0664"/>
    <w:rsid w:val="00CB07A0"/>
    <w:rsid w:val="00D03CC4"/>
    <w:rsid w:val="00D447FC"/>
    <w:rsid w:val="00D74420"/>
    <w:rsid w:val="00DC440C"/>
    <w:rsid w:val="00EF5975"/>
    <w:rsid w:val="00F37B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A35E1"/>
  <w14:defaultImageDpi w14:val="300"/>
  <w15:docId w15:val="{D33C353A-2955-4E34-832D-0EFFAEDF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B08CF2-EBB2-4D2C-A488-1C4140201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Hastane Uygulaması Takip ve Değerlendirme Formu</vt:lpstr>
      <vt:lpstr/>
    </vt:vector>
  </TitlesOfParts>
  <Manager/>
  <Company/>
  <LinksUpToDate>false</LinksUpToDate>
  <CharactersWithSpaces>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Hastane Uygulaması Takip ve Değerlendirme Formu</dc:title>
  <dc:subject>Batman Üniversitesi Sağlık Hizmetleri Meslek Yüksekokulu öğrenci hastane uygulaması takip ve değerlendirme formu</dc:subject>
  <dc:creator>Ali BAYRAM</dc:creator>
  <cp:keywords>hastane uygulaması, staj, değerlendirme, öğrenci, sağlık hizmetleri</cp:keywords>
  <dc:description>generated by python-docx</dc:description>
  <cp:lastModifiedBy>Ali Bayram</cp:lastModifiedBy>
  <cp:revision>2</cp:revision>
  <cp:lastPrinted>2026-09-25T12:02:00Z</cp:lastPrinted>
  <dcterms:created xsi:type="dcterms:W3CDTF">2026-09-25T12:45:00Z</dcterms:created>
  <dcterms:modified xsi:type="dcterms:W3CDTF">2026-09-25T12:45:00Z</dcterms:modified>
  <cp:category/>
</cp:coreProperties>
</file>