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B4E6B" w14:textId="789F0817" w:rsidR="00B91C6F" w:rsidRPr="00B91C6F" w:rsidRDefault="00B91C6F" w:rsidP="00B91C6F">
      <w:pPr>
        <w:spacing w:after="60" w:line="228" w:lineRule="auto"/>
        <w:jc w:val="both"/>
        <w:rPr>
          <w:rFonts w:eastAsia="Times New Roman"/>
          <w:b/>
          <w:sz w:val="20"/>
        </w:rPr>
      </w:pPr>
      <w:r w:rsidRPr="00B91C6F">
        <w:rPr>
          <w:rFonts w:eastAsia="Times New Roman"/>
          <w:b/>
          <w:sz w:val="20"/>
        </w:rPr>
        <w:t>ÖĞRENCİ BİLGİLERİ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976"/>
        <w:gridCol w:w="1757"/>
        <w:gridCol w:w="3628"/>
      </w:tblGrid>
      <w:tr w:rsidR="007F224C" w:rsidRPr="007F224C" w14:paraId="6778DBE5" w14:textId="77777777" w:rsidTr="00530FA7">
        <w:trPr>
          <w:cantSplit/>
          <w:trHeight w:val="357"/>
          <w:jc w:val="center"/>
        </w:trPr>
        <w:tc>
          <w:tcPr>
            <w:tcW w:w="2409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  <w:hideMark/>
          </w:tcPr>
          <w:p w14:paraId="50649098" w14:textId="131D6FB1" w:rsidR="007F224C" w:rsidRPr="00DA59F1" w:rsidRDefault="00C734F0" w:rsidP="007F224C">
            <w:pPr>
              <w:keepNext/>
              <w:spacing w:before="60" w:after="40"/>
              <w:rPr>
                <w:sz w:val="20"/>
                <w:szCs w:val="20"/>
              </w:rPr>
            </w:pPr>
            <w:r w:rsidRPr="00DA59F1">
              <w:rPr>
                <w:b/>
                <w:sz w:val="20"/>
                <w:szCs w:val="20"/>
              </w:rPr>
              <w:t xml:space="preserve">Öğrencinin </w:t>
            </w:r>
            <w:r w:rsidR="007F224C" w:rsidRPr="00DA59F1">
              <w:rPr>
                <w:b/>
                <w:sz w:val="20"/>
                <w:szCs w:val="20"/>
              </w:rPr>
              <w:t>Adı Soyadı</w:t>
            </w:r>
          </w:p>
        </w:tc>
        <w:tc>
          <w:tcPr>
            <w:tcW w:w="2976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0BE658" w14:textId="77777777" w:rsidR="007F224C" w:rsidRPr="00DA59F1" w:rsidRDefault="007F224C" w:rsidP="007F224C">
            <w:pPr>
              <w:keepNext/>
              <w:spacing w:before="60" w:after="40"/>
              <w:rPr>
                <w:b/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  <w:hideMark/>
          </w:tcPr>
          <w:p w14:paraId="0C90909E" w14:textId="77777777" w:rsidR="007F224C" w:rsidRPr="00DA59F1" w:rsidRDefault="007F224C" w:rsidP="007F224C">
            <w:pPr>
              <w:keepNext/>
              <w:spacing w:before="60" w:after="40"/>
              <w:rPr>
                <w:b/>
                <w:sz w:val="20"/>
                <w:szCs w:val="20"/>
              </w:rPr>
            </w:pPr>
            <w:r w:rsidRPr="00DA59F1"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3628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08BE4A" w14:textId="77777777" w:rsidR="007F224C" w:rsidRPr="00DA59F1" w:rsidRDefault="007F224C" w:rsidP="007F224C">
            <w:pPr>
              <w:keepNext/>
              <w:spacing w:before="60" w:after="40"/>
              <w:rPr>
                <w:sz w:val="20"/>
                <w:szCs w:val="20"/>
              </w:rPr>
            </w:pPr>
          </w:p>
        </w:tc>
      </w:tr>
      <w:tr w:rsidR="007F224C" w:rsidRPr="007F224C" w14:paraId="6944A9C4" w14:textId="77777777" w:rsidTr="00530FA7">
        <w:trPr>
          <w:cantSplit/>
          <w:trHeight w:val="357"/>
          <w:jc w:val="center"/>
        </w:trPr>
        <w:tc>
          <w:tcPr>
            <w:tcW w:w="2409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  <w:hideMark/>
          </w:tcPr>
          <w:p w14:paraId="2298D72E" w14:textId="77777777" w:rsidR="007F224C" w:rsidRPr="00DA59F1" w:rsidRDefault="007F224C" w:rsidP="007F224C">
            <w:pPr>
              <w:keepNext/>
              <w:spacing w:before="60" w:after="40"/>
              <w:rPr>
                <w:sz w:val="20"/>
                <w:szCs w:val="20"/>
              </w:rPr>
            </w:pPr>
            <w:r w:rsidRPr="00DA59F1">
              <w:rPr>
                <w:b/>
                <w:sz w:val="20"/>
                <w:szCs w:val="20"/>
              </w:rPr>
              <w:t>Öğrenci No</w:t>
            </w:r>
          </w:p>
        </w:tc>
        <w:tc>
          <w:tcPr>
            <w:tcW w:w="2976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83C445" w14:textId="77777777" w:rsidR="007F224C" w:rsidRPr="00DA59F1" w:rsidRDefault="007F224C" w:rsidP="007F224C">
            <w:pPr>
              <w:keepNext/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  <w:hideMark/>
          </w:tcPr>
          <w:p w14:paraId="460D6C9F" w14:textId="15C9D1F9" w:rsidR="007F224C" w:rsidRPr="00DA59F1" w:rsidRDefault="007F224C" w:rsidP="007F224C">
            <w:pPr>
              <w:keepNext/>
              <w:spacing w:before="60" w:after="40"/>
              <w:rPr>
                <w:sz w:val="20"/>
                <w:szCs w:val="20"/>
              </w:rPr>
            </w:pPr>
            <w:r w:rsidRPr="00DA59F1">
              <w:rPr>
                <w:b/>
                <w:sz w:val="20"/>
                <w:szCs w:val="20"/>
              </w:rPr>
              <w:t>Programı</w:t>
            </w:r>
          </w:p>
        </w:tc>
        <w:tc>
          <w:tcPr>
            <w:tcW w:w="3628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0CFCA3" w14:textId="77777777" w:rsidR="007F224C" w:rsidRPr="00DA59F1" w:rsidRDefault="007F224C" w:rsidP="007F224C">
            <w:pPr>
              <w:keepNext/>
              <w:spacing w:before="60" w:after="40"/>
              <w:rPr>
                <w:sz w:val="20"/>
                <w:szCs w:val="20"/>
              </w:rPr>
            </w:pPr>
          </w:p>
        </w:tc>
      </w:tr>
      <w:tr w:rsidR="007F224C" w:rsidRPr="007F224C" w14:paraId="0A7B9F85" w14:textId="77777777" w:rsidTr="00530FA7">
        <w:trPr>
          <w:cantSplit/>
          <w:trHeight w:val="357"/>
          <w:jc w:val="center"/>
        </w:trPr>
        <w:tc>
          <w:tcPr>
            <w:tcW w:w="2409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  <w:hideMark/>
          </w:tcPr>
          <w:p w14:paraId="0A31B905" w14:textId="77777777" w:rsidR="007F224C" w:rsidRPr="00DA59F1" w:rsidRDefault="007F224C" w:rsidP="007F224C">
            <w:pPr>
              <w:keepNext/>
              <w:spacing w:before="60" w:after="40"/>
              <w:rPr>
                <w:b/>
                <w:sz w:val="20"/>
                <w:szCs w:val="20"/>
              </w:rPr>
            </w:pPr>
            <w:r w:rsidRPr="00DA59F1">
              <w:rPr>
                <w:b/>
                <w:sz w:val="20"/>
                <w:szCs w:val="20"/>
              </w:rPr>
              <w:t>Akademik Yıl / Yarıyıl</w:t>
            </w:r>
          </w:p>
        </w:tc>
        <w:tc>
          <w:tcPr>
            <w:tcW w:w="2976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  <w:hideMark/>
          </w:tcPr>
          <w:p w14:paraId="3093AF1D" w14:textId="77777777" w:rsidR="007F224C" w:rsidRPr="00DA59F1" w:rsidRDefault="007F224C" w:rsidP="007F224C">
            <w:pPr>
              <w:keepNext/>
              <w:spacing w:before="60" w:after="40"/>
              <w:rPr>
                <w:sz w:val="20"/>
                <w:szCs w:val="20"/>
              </w:rPr>
            </w:pPr>
            <w:r w:rsidRPr="00DA59F1">
              <w:rPr>
                <w:sz w:val="20"/>
                <w:szCs w:val="20"/>
              </w:rPr>
              <w:t xml:space="preserve">20__ - 20__   /   □ Güz   □ Bahar  </w:t>
            </w:r>
          </w:p>
        </w:tc>
        <w:tc>
          <w:tcPr>
            <w:tcW w:w="1757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  <w:hideMark/>
          </w:tcPr>
          <w:p w14:paraId="2CB1AB27" w14:textId="77777777" w:rsidR="007F224C" w:rsidRPr="00DA59F1" w:rsidRDefault="007F224C" w:rsidP="007F224C">
            <w:pPr>
              <w:keepNext/>
              <w:spacing w:before="60" w:after="40"/>
              <w:rPr>
                <w:b/>
                <w:sz w:val="20"/>
                <w:szCs w:val="20"/>
              </w:rPr>
            </w:pPr>
            <w:r w:rsidRPr="00DA59F1">
              <w:rPr>
                <w:b/>
                <w:sz w:val="20"/>
                <w:szCs w:val="20"/>
              </w:rPr>
              <w:t>Hastane / Sağlık Kuruluşu</w:t>
            </w:r>
          </w:p>
        </w:tc>
        <w:tc>
          <w:tcPr>
            <w:tcW w:w="3628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FFB2D0" w14:textId="77777777" w:rsidR="007F224C" w:rsidRPr="00DA59F1" w:rsidRDefault="007F224C" w:rsidP="007F224C">
            <w:pPr>
              <w:keepNext/>
              <w:spacing w:before="60" w:after="40"/>
              <w:rPr>
                <w:sz w:val="20"/>
                <w:szCs w:val="20"/>
              </w:rPr>
            </w:pPr>
          </w:p>
        </w:tc>
      </w:tr>
      <w:tr w:rsidR="007F224C" w:rsidRPr="007F224C" w14:paraId="5652B5A0" w14:textId="77777777" w:rsidTr="00530FA7">
        <w:trPr>
          <w:cantSplit/>
          <w:trHeight w:val="357"/>
          <w:jc w:val="center"/>
        </w:trPr>
        <w:tc>
          <w:tcPr>
            <w:tcW w:w="2409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  <w:hideMark/>
          </w:tcPr>
          <w:p w14:paraId="43A36F82" w14:textId="77777777" w:rsidR="007F224C" w:rsidRPr="00DA59F1" w:rsidRDefault="007F224C" w:rsidP="007F224C">
            <w:pPr>
              <w:keepNext/>
              <w:spacing w:before="60" w:after="40"/>
              <w:rPr>
                <w:sz w:val="20"/>
                <w:szCs w:val="20"/>
              </w:rPr>
            </w:pPr>
            <w:r w:rsidRPr="00DA59F1">
              <w:rPr>
                <w:b/>
                <w:sz w:val="20"/>
                <w:szCs w:val="20"/>
              </w:rPr>
              <w:t>Birim / Klinik / Servis</w:t>
            </w:r>
          </w:p>
        </w:tc>
        <w:tc>
          <w:tcPr>
            <w:tcW w:w="8361" w:type="dxa"/>
            <w:gridSpan w:val="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F99EEC" w14:textId="77777777" w:rsidR="007F224C" w:rsidRPr="00DA59F1" w:rsidRDefault="007F224C" w:rsidP="007F224C">
            <w:pPr>
              <w:keepNext/>
              <w:spacing w:before="60" w:after="40"/>
              <w:rPr>
                <w:sz w:val="20"/>
                <w:szCs w:val="20"/>
              </w:rPr>
            </w:pPr>
          </w:p>
        </w:tc>
      </w:tr>
      <w:tr w:rsidR="007F224C" w:rsidRPr="007F224C" w14:paraId="77BEB88E" w14:textId="77777777" w:rsidTr="00530FA7">
        <w:trPr>
          <w:cantSplit/>
          <w:trHeight w:val="357"/>
          <w:jc w:val="center"/>
        </w:trPr>
        <w:tc>
          <w:tcPr>
            <w:tcW w:w="2409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  <w:hideMark/>
          </w:tcPr>
          <w:p w14:paraId="3E0E9890" w14:textId="77777777" w:rsidR="007F224C" w:rsidRPr="00DA59F1" w:rsidRDefault="007F224C" w:rsidP="007F224C">
            <w:pPr>
              <w:keepNext/>
              <w:spacing w:before="60" w:after="40"/>
              <w:rPr>
                <w:sz w:val="20"/>
                <w:szCs w:val="20"/>
              </w:rPr>
            </w:pPr>
            <w:r w:rsidRPr="00DA59F1">
              <w:rPr>
                <w:b/>
                <w:sz w:val="20"/>
                <w:szCs w:val="20"/>
              </w:rPr>
              <w:t>Sorumlu Personel / Birim</w:t>
            </w:r>
          </w:p>
        </w:tc>
        <w:tc>
          <w:tcPr>
            <w:tcW w:w="8361" w:type="dxa"/>
            <w:gridSpan w:val="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FF9332" w14:textId="77777777" w:rsidR="007F224C" w:rsidRPr="00DA59F1" w:rsidRDefault="007F224C" w:rsidP="007F224C">
            <w:pPr>
              <w:keepNext/>
              <w:spacing w:before="60" w:after="40"/>
              <w:rPr>
                <w:sz w:val="20"/>
                <w:szCs w:val="20"/>
              </w:rPr>
            </w:pPr>
          </w:p>
        </w:tc>
      </w:tr>
    </w:tbl>
    <w:p w14:paraId="735E3D85" w14:textId="77777777" w:rsidR="004D67B2" w:rsidRPr="004D67B2" w:rsidRDefault="004D67B2">
      <w:pPr>
        <w:keepNext/>
        <w:spacing w:before="60" w:after="40"/>
        <w:rPr>
          <w:rFonts w:eastAsia="Times New Roman"/>
          <w:b/>
          <w:sz w:val="16"/>
        </w:rPr>
      </w:pPr>
    </w:p>
    <w:p w14:paraId="3E7DB07B" w14:textId="368DA776" w:rsidR="007F224C" w:rsidRDefault="004D67B2">
      <w:pPr>
        <w:keepNext/>
        <w:spacing w:before="60" w:after="40"/>
      </w:pPr>
      <w:r>
        <w:rPr>
          <w:rFonts w:eastAsia="Times New Roman"/>
          <w:b/>
          <w:sz w:val="19"/>
        </w:rPr>
        <w:t>YETKİLİ SAĞLIK PERSONELİ DEĞERLENDİRME MATRİSİ</w:t>
      </w:r>
    </w:p>
    <w:p w14:paraId="75F8DD8F" w14:textId="082CEE0B" w:rsidR="004D67B2" w:rsidRDefault="00C111BA">
      <w:pPr>
        <w:spacing w:before="40" w:after="40"/>
        <w:rPr>
          <w:rFonts w:eastAsia="Times New Roman"/>
          <w:b/>
          <w:sz w:val="20"/>
          <w:szCs w:val="20"/>
        </w:rPr>
      </w:pPr>
      <w:r w:rsidRPr="00DA59F1">
        <w:rPr>
          <w:rFonts w:eastAsia="Times New Roman"/>
          <w:b/>
          <w:sz w:val="20"/>
          <w:szCs w:val="20"/>
        </w:rPr>
        <w:t>Puanlam</w:t>
      </w:r>
      <w:r w:rsidR="004D67B2">
        <w:rPr>
          <w:rFonts w:eastAsia="Times New Roman"/>
          <w:b/>
          <w:sz w:val="20"/>
          <w:szCs w:val="20"/>
        </w:rPr>
        <w:t xml:space="preserve">a: 0 = Yetersiz  |  5 = </w:t>
      </w:r>
      <w:r w:rsidRPr="00DA59F1">
        <w:rPr>
          <w:rFonts w:eastAsia="Times New Roman"/>
          <w:b/>
          <w:sz w:val="20"/>
          <w:szCs w:val="20"/>
        </w:rPr>
        <w:t xml:space="preserve">Eksiksiz. </w:t>
      </w:r>
      <w:r w:rsidR="00DE0562">
        <w:rPr>
          <w:rFonts w:eastAsia="Times New Roman"/>
          <w:b/>
          <w:sz w:val="20"/>
          <w:szCs w:val="20"/>
        </w:rPr>
        <w:t xml:space="preserve">       </w:t>
      </w:r>
    </w:p>
    <w:p w14:paraId="0CFFBF53" w14:textId="5DA09ECC" w:rsidR="003C636C" w:rsidRPr="00DA59F1" w:rsidRDefault="00C111BA">
      <w:pPr>
        <w:spacing w:before="40" w:after="40"/>
        <w:rPr>
          <w:sz w:val="20"/>
          <w:szCs w:val="20"/>
        </w:rPr>
      </w:pPr>
      <w:r w:rsidRPr="00DA59F1">
        <w:rPr>
          <w:rFonts w:eastAsia="Times New Roman"/>
          <w:b/>
          <w:sz w:val="20"/>
          <w:szCs w:val="20"/>
        </w:rPr>
        <w:t>Her kriter için yalnızca bir kutu işaretleyiniz.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7625"/>
        <w:gridCol w:w="453"/>
        <w:gridCol w:w="453"/>
        <w:gridCol w:w="453"/>
        <w:gridCol w:w="453"/>
        <w:gridCol w:w="453"/>
        <w:gridCol w:w="453"/>
      </w:tblGrid>
      <w:tr w:rsidR="003C636C" w14:paraId="7C3DDFF1" w14:textId="77777777" w:rsidTr="00530FA7">
        <w:trPr>
          <w:cantSplit/>
          <w:trHeight w:val="312"/>
          <w:tblHeader/>
          <w:jc w:val="center"/>
        </w:trPr>
        <w:tc>
          <w:tcPr>
            <w:tcW w:w="425" w:type="dxa"/>
            <w:shd w:val="clear" w:color="auto" w:fill="B8CCE4" w:themeFill="accent1" w:themeFillTint="6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5B8474" w14:textId="77777777" w:rsidR="003C636C" w:rsidRPr="00DE0562" w:rsidRDefault="00C111B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DE0562">
              <w:rPr>
                <w:rFonts w:eastAsia="Times New Roman"/>
                <w:b/>
                <w:sz w:val="20"/>
                <w:szCs w:val="20"/>
              </w:rPr>
              <w:t>No</w:t>
            </w:r>
          </w:p>
        </w:tc>
        <w:tc>
          <w:tcPr>
            <w:tcW w:w="7625" w:type="dxa"/>
            <w:shd w:val="clear" w:color="auto" w:fill="B8CCE4" w:themeFill="accent1" w:themeFillTint="6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F543E9" w14:textId="77777777" w:rsidR="003C636C" w:rsidRPr="00DE0562" w:rsidRDefault="00C111B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DE0562">
              <w:rPr>
                <w:rFonts w:eastAsia="Times New Roman"/>
                <w:b/>
                <w:sz w:val="20"/>
                <w:szCs w:val="20"/>
              </w:rPr>
              <w:t>Değerlendirme Kriteri</w:t>
            </w:r>
          </w:p>
        </w:tc>
        <w:tc>
          <w:tcPr>
            <w:tcW w:w="453" w:type="dxa"/>
            <w:shd w:val="clear" w:color="auto" w:fill="B8CCE4" w:themeFill="accent1" w:themeFillTint="6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3B1F74" w14:textId="77777777" w:rsidR="003C636C" w:rsidRPr="00DE0562" w:rsidRDefault="00C111B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DE0562">
              <w:rPr>
                <w:rFonts w:eastAsia="Times New Roman"/>
                <w:b/>
                <w:sz w:val="20"/>
                <w:szCs w:val="20"/>
              </w:rPr>
              <w:t>0</w:t>
            </w:r>
          </w:p>
        </w:tc>
        <w:tc>
          <w:tcPr>
            <w:tcW w:w="453" w:type="dxa"/>
            <w:shd w:val="clear" w:color="auto" w:fill="B8CCE4" w:themeFill="accent1" w:themeFillTint="6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328EDD" w14:textId="77777777" w:rsidR="003C636C" w:rsidRPr="00DE0562" w:rsidRDefault="00C111B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DE0562">
              <w:rPr>
                <w:rFonts w:eastAsia="Times New Roman"/>
                <w:b/>
                <w:sz w:val="20"/>
                <w:szCs w:val="20"/>
              </w:rPr>
              <w:t>1</w:t>
            </w:r>
          </w:p>
        </w:tc>
        <w:tc>
          <w:tcPr>
            <w:tcW w:w="453" w:type="dxa"/>
            <w:shd w:val="clear" w:color="auto" w:fill="B8CCE4" w:themeFill="accent1" w:themeFillTint="6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9F9971" w14:textId="77777777" w:rsidR="003C636C" w:rsidRPr="00DE0562" w:rsidRDefault="00C111B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DE0562">
              <w:rPr>
                <w:rFonts w:eastAsia="Times New Roman"/>
                <w:b/>
                <w:sz w:val="20"/>
                <w:szCs w:val="20"/>
              </w:rPr>
              <w:t>2</w:t>
            </w:r>
          </w:p>
        </w:tc>
        <w:tc>
          <w:tcPr>
            <w:tcW w:w="453" w:type="dxa"/>
            <w:shd w:val="clear" w:color="auto" w:fill="B8CCE4" w:themeFill="accent1" w:themeFillTint="6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CE3FEC" w14:textId="77777777" w:rsidR="003C636C" w:rsidRPr="00DE0562" w:rsidRDefault="00C111B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DE0562">
              <w:rPr>
                <w:rFonts w:eastAsia="Times New Roman"/>
                <w:b/>
                <w:sz w:val="20"/>
                <w:szCs w:val="20"/>
              </w:rPr>
              <w:t>3</w:t>
            </w:r>
          </w:p>
        </w:tc>
        <w:tc>
          <w:tcPr>
            <w:tcW w:w="453" w:type="dxa"/>
            <w:shd w:val="clear" w:color="auto" w:fill="B8CCE4" w:themeFill="accent1" w:themeFillTint="6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76F93C" w14:textId="77777777" w:rsidR="003C636C" w:rsidRPr="00DE0562" w:rsidRDefault="00C111B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DE0562">
              <w:rPr>
                <w:rFonts w:eastAsia="Times New Roman"/>
                <w:b/>
                <w:sz w:val="20"/>
                <w:szCs w:val="20"/>
              </w:rPr>
              <w:t>4</w:t>
            </w:r>
          </w:p>
        </w:tc>
        <w:tc>
          <w:tcPr>
            <w:tcW w:w="453" w:type="dxa"/>
            <w:shd w:val="clear" w:color="auto" w:fill="B8CCE4" w:themeFill="accent1" w:themeFillTint="6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4424A0" w14:textId="77777777" w:rsidR="003C636C" w:rsidRPr="00DE0562" w:rsidRDefault="00C111B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DE0562">
              <w:rPr>
                <w:rFonts w:eastAsia="Times New Roman"/>
                <w:b/>
                <w:sz w:val="20"/>
                <w:szCs w:val="20"/>
              </w:rPr>
              <w:t>5</w:t>
            </w:r>
          </w:p>
        </w:tc>
      </w:tr>
      <w:tr w:rsidR="003C636C" w14:paraId="5336367D" w14:textId="77777777" w:rsidTr="00530FA7">
        <w:trPr>
          <w:cantSplit/>
          <w:trHeight w:val="306"/>
          <w:jc w:val="center"/>
        </w:trPr>
        <w:tc>
          <w:tcPr>
            <w:tcW w:w="42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C52E3D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b/>
                <w:sz w:val="14"/>
              </w:rPr>
              <w:t>1</w:t>
            </w:r>
          </w:p>
        </w:tc>
        <w:tc>
          <w:tcPr>
            <w:tcW w:w="762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8BC694" w14:textId="5DAF1577" w:rsidR="003C636C" w:rsidRPr="00DA59F1" w:rsidRDefault="00C111BA" w:rsidP="00DE0562">
            <w:pPr>
              <w:spacing w:line="240" w:lineRule="auto"/>
              <w:rPr>
                <w:sz w:val="20"/>
                <w:szCs w:val="20"/>
              </w:rPr>
            </w:pPr>
            <w:r w:rsidRPr="00DA59F1">
              <w:rPr>
                <w:rFonts w:eastAsia="Times New Roman"/>
                <w:sz w:val="20"/>
                <w:szCs w:val="20"/>
              </w:rPr>
              <w:t>Geliş-gidi</w:t>
            </w:r>
            <w:r w:rsidR="00DE0562">
              <w:rPr>
                <w:rFonts w:eastAsia="Times New Roman"/>
                <w:sz w:val="20"/>
                <w:szCs w:val="20"/>
              </w:rPr>
              <w:t>ş</w:t>
            </w:r>
            <w:r w:rsidR="001461B2">
              <w:rPr>
                <w:rFonts w:eastAsia="Times New Roman"/>
                <w:sz w:val="20"/>
                <w:szCs w:val="20"/>
              </w:rPr>
              <w:t xml:space="preserve"> saatlerine uyum 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4E15AE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A255A1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BBDBC6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EB366A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93412C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380574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</w:tr>
      <w:tr w:rsidR="003C636C" w14:paraId="4746188F" w14:textId="77777777" w:rsidTr="00530FA7">
        <w:trPr>
          <w:cantSplit/>
          <w:trHeight w:val="306"/>
          <w:jc w:val="center"/>
        </w:trPr>
        <w:tc>
          <w:tcPr>
            <w:tcW w:w="42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D54348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b/>
                <w:sz w:val="14"/>
              </w:rPr>
              <w:t>2</w:t>
            </w:r>
          </w:p>
        </w:tc>
        <w:tc>
          <w:tcPr>
            <w:tcW w:w="762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83143F" w14:textId="77777777" w:rsidR="003C636C" w:rsidRPr="00DA59F1" w:rsidRDefault="00C111BA">
            <w:pPr>
              <w:spacing w:line="240" w:lineRule="auto"/>
              <w:rPr>
                <w:sz w:val="20"/>
                <w:szCs w:val="20"/>
              </w:rPr>
            </w:pPr>
            <w:r w:rsidRPr="00DA59F1">
              <w:rPr>
                <w:rFonts w:eastAsia="Times New Roman"/>
                <w:sz w:val="20"/>
                <w:szCs w:val="20"/>
              </w:rPr>
              <w:t>Kılık-kıyafet yönetmeliğine ve hijyen kurallarına uyum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AC8EBA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EC473E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75EEE9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5B553C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E1AA8C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58AF33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</w:tr>
      <w:tr w:rsidR="003C636C" w14:paraId="423C2495" w14:textId="77777777" w:rsidTr="00530FA7">
        <w:trPr>
          <w:cantSplit/>
          <w:trHeight w:val="306"/>
          <w:jc w:val="center"/>
        </w:trPr>
        <w:tc>
          <w:tcPr>
            <w:tcW w:w="42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290867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b/>
                <w:sz w:val="14"/>
              </w:rPr>
              <w:t>3</w:t>
            </w:r>
          </w:p>
        </w:tc>
        <w:tc>
          <w:tcPr>
            <w:tcW w:w="762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344B2F" w14:textId="77777777" w:rsidR="003C636C" w:rsidRPr="00DA59F1" w:rsidRDefault="00C111BA">
            <w:pPr>
              <w:spacing w:line="240" w:lineRule="auto"/>
              <w:rPr>
                <w:sz w:val="20"/>
                <w:szCs w:val="20"/>
              </w:rPr>
            </w:pPr>
            <w:r w:rsidRPr="00DA59F1">
              <w:rPr>
                <w:rFonts w:eastAsia="Times New Roman"/>
                <w:sz w:val="20"/>
                <w:szCs w:val="20"/>
              </w:rPr>
              <w:t>Personel ve hastalar ile iletişim / empati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3515E6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9611DE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382820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680920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32DEA1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937D55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</w:tr>
      <w:tr w:rsidR="003C636C" w14:paraId="1D9DFE05" w14:textId="77777777" w:rsidTr="00530FA7">
        <w:trPr>
          <w:cantSplit/>
          <w:trHeight w:val="306"/>
          <w:jc w:val="center"/>
        </w:trPr>
        <w:tc>
          <w:tcPr>
            <w:tcW w:w="42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5447F7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b/>
                <w:sz w:val="14"/>
              </w:rPr>
              <w:t>4</w:t>
            </w:r>
          </w:p>
        </w:tc>
        <w:tc>
          <w:tcPr>
            <w:tcW w:w="762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598E6B" w14:textId="62B692F9" w:rsidR="003C636C" w:rsidRPr="00DA59F1" w:rsidRDefault="00D447FC">
            <w:pPr>
              <w:spacing w:line="240" w:lineRule="auto"/>
              <w:rPr>
                <w:sz w:val="20"/>
                <w:szCs w:val="20"/>
              </w:rPr>
            </w:pPr>
            <w:r w:rsidRPr="00DA59F1">
              <w:rPr>
                <w:rFonts w:eastAsia="Times New Roman"/>
                <w:sz w:val="20"/>
                <w:szCs w:val="20"/>
              </w:rPr>
              <w:t>İşe ilgi, motivasyon, öğrenme isteği ve verilen görev/talimatları kavrama düzeyi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B987D9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9D55BE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EF1F8E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9A7A02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475619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BEDFD7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</w:tr>
      <w:tr w:rsidR="003C636C" w14:paraId="21E9D55E" w14:textId="77777777" w:rsidTr="00530FA7">
        <w:trPr>
          <w:cantSplit/>
          <w:trHeight w:val="306"/>
          <w:jc w:val="center"/>
        </w:trPr>
        <w:tc>
          <w:tcPr>
            <w:tcW w:w="42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26C129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b/>
                <w:sz w:val="14"/>
              </w:rPr>
              <w:t>5</w:t>
            </w:r>
          </w:p>
        </w:tc>
        <w:tc>
          <w:tcPr>
            <w:tcW w:w="762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CD1656" w14:textId="17450B55" w:rsidR="003C636C" w:rsidRPr="00DA59F1" w:rsidRDefault="00D447FC">
            <w:pPr>
              <w:spacing w:line="240" w:lineRule="auto"/>
              <w:rPr>
                <w:sz w:val="20"/>
                <w:szCs w:val="20"/>
              </w:rPr>
            </w:pPr>
            <w:r w:rsidRPr="00DA59F1">
              <w:rPr>
                <w:rFonts w:eastAsia="Times New Roman"/>
                <w:sz w:val="20"/>
                <w:szCs w:val="20"/>
              </w:rPr>
              <w:t>Mesleki uygulama becerisi; alet, cihaz ve teçhizatı uygun ve yeterli kullanma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DED648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CF575B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5717AD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34049E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A1E0CA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39727B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</w:tr>
      <w:tr w:rsidR="003C636C" w14:paraId="07BD590C" w14:textId="77777777" w:rsidTr="00530FA7">
        <w:trPr>
          <w:cantSplit/>
          <w:trHeight w:val="306"/>
          <w:jc w:val="center"/>
        </w:trPr>
        <w:tc>
          <w:tcPr>
            <w:tcW w:w="42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AB3438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b/>
                <w:sz w:val="14"/>
              </w:rPr>
              <w:t>6</w:t>
            </w:r>
          </w:p>
        </w:tc>
        <w:tc>
          <w:tcPr>
            <w:tcW w:w="762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FEFD3F" w14:textId="233C51A5" w:rsidR="003C636C" w:rsidRPr="00DA59F1" w:rsidRDefault="00D447FC">
            <w:pPr>
              <w:spacing w:line="240" w:lineRule="auto"/>
              <w:rPr>
                <w:sz w:val="20"/>
                <w:szCs w:val="20"/>
              </w:rPr>
            </w:pPr>
            <w:r w:rsidRPr="00DA59F1">
              <w:rPr>
                <w:rFonts w:eastAsia="Times New Roman"/>
                <w:sz w:val="20"/>
                <w:szCs w:val="20"/>
              </w:rPr>
              <w:t>Sorumluluk bilinci, iş akışına uyum, çalışma hızı ve zamanı planlı/verimli kullanma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461680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DA2AAF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A42A8E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015F27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AC45A4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F882C2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</w:tr>
      <w:tr w:rsidR="003C636C" w14:paraId="072B5875" w14:textId="77777777" w:rsidTr="00530FA7">
        <w:trPr>
          <w:cantSplit/>
          <w:trHeight w:val="306"/>
          <w:jc w:val="center"/>
        </w:trPr>
        <w:tc>
          <w:tcPr>
            <w:tcW w:w="42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0DCB8C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b/>
                <w:sz w:val="14"/>
              </w:rPr>
              <w:t>7</w:t>
            </w:r>
          </w:p>
        </w:tc>
        <w:tc>
          <w:tcPr>
            <w:tcW w:w="762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467773" w14:textId="11EF6470" w:rsidR="003C636C" w:rsidRPr="00DA59F1" w:rsidRDefault="00D447FC">
            <w:pPr>
              <w:spacing w:line="240" w:lineRule="auto"/>
              <w:rPr>
                <w:sz w:val="20"/>
                <w:szCs w:val="20"/>
              </w:rPr>
            </w:pPr>
            <w:r w:rsidRPr="00DA59F1">
              <w:rPr>
                <w:rFonts w:eastAsia="Times New Roman"/>
                <w:sz w:val="20"/>
                <w:szCs w:val="20"/>
              </w:rPr>
              <w:t>Problem çözme, kriz yönetimi; etik ilkeler, hasta hakları ve kurum kurallarına uyum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615C74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24BAA4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18D9A8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62BEBA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3B9DFE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29017F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</w:tr>
      <w:tr w:rsidR="003C636C" w14:paraId="22EB7E66" w14:textId="77777777" w:rsidTr="00530FA7">
        <w:trPr>
          <w:cantSplit/>
          <w:trHeight w:val="306"/>
          <w:jc w:val="center"/>
        </w:trPr>
        <w:tc>
          <w:tcPr>
            <w:tcW w:w="42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6EBE70" w14:textId="04BB0C9F" w:rsidR="003C636C" w:rsidRDefault="002C6E9D">
            <w:pPr>
              <w:spacing w:line="240" w:lineRule="auto"/>
              <w:jc w:val="center"/>
            </w:pPr>
            <w:r>
              <w:rPr>
                <w:rFonts w:eastAsia="Times New Roman"/>
                <w:b/>
                <w:sz w:val="14"/>
              </w:rPr>
              <w:t>8</w:t>
            </w:r>
          </w:p>
        </w:tc>
        <w:tc>
          <w:tcPr>
            <w:tcW w:w="762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8C9618" w14:textId="77777777" w:rsidR="003C636C" w:rsidRPr="00DA59F1" w:rsidRDefault="00C111BA">
            <w:pPr>
              <w:spacing w:line="240" w:lineRule="auto"/>
              <w:rPr>
                <w:sz w:val="20"/>
                <w:szCs w:val="20"/>
              </w:rPr>
            </w:pPr>
            <w:r w:rsidRPr="00DA59F1">
              <w:rPr>
                <w:rFonts w:eastAsia="Times New Roman"/>
                <w:sz w:val="20"/>
                <w:szCs w:val="20"/>
              </w:rPr>
              <w:t>Genel değerlendirme puanı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66F487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BFC8C4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85EC5C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C94124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D4D300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  <w:tc>
          <w:tcPr>
            <w:tcW w:w="45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AF8770" w14:textId="77777777" w:rsidR="003C636C" w:rsidRDefault="00C111BA">
            <w:pPr>
              <w:spacing w:line="240" w:lineRule="auto"/>
              <w:jc w:val="center"/>
            </w:pPr>
            <w:r>
              <w:rPr>
                <w:rFonts w:eastAsia="Times New Roman"/>
                <w:sz w:val="20"/>
              </w:rPr>
              <w:t>□</w:t>
            </w:r>
          </w:p>
        </w:tc>
      </w:tr>
    </w:tbl>
    <w:p w14:paraId="00A92DD3" w14:textId="77777777" w:rsidR="00F1296B" w:rsidRPr="004D67B2" w:rsidRDefault="00F1296B">
      <w:pPr>
        <w:keepNext/>
        <w:spacing w:before="60" w:after="40"/>
        <w:rPr>
          <w:rFonts w:eastAsia="Times New Roman"/>
          <w:b/>
          <w:sz w:val="16"/>
        </w:rPr>
      </w:pPr>
    </w:p>
    <w:p w14:paraId="3F5CD710" w14:textId="754F9CE4" w:rsidR="003C636C" w:rsidRDefault="00C111BA">
      <w:pPr>
        <w:keepNext/>
        <w:spacing w:before="60" w:after="40"/>
      </w:pPr>
      <w:r>
        <w:rPr>
          <w:rFonts w:eastAsia="Times New Roman"/>
          <w:b/>
          <w:sz w:val="19"/>
        </w:rPr>
        <w:t>SONUÇ, GÖRÜŞ VE ONAY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5"/>
        <w:gridCol w:w="5386"/>
      </w:tblGrid>
      <w:tr w:rsidR="003C636C" w14:paraId="77B56DF8" w14:textId="77777777" w:rsidTr="00530FA7">
        <w:trPr>
          <w:cantSplit/>
          <w:trHeight w:val="255"/>
          <w:jc w:val="center"/>
        </w:trPr>
        <w:tc>
          <w:tcPr>
            <w:tcW w:w="10771" w:type="dxa"/>
            <w:gridSpan w:val="2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D24BDF" w14:textId="77777777" w:rsidR="003C636C" w:rsidRPr="00DE0562" w:rsidRDefault="00C111BA">
            <w:pPr>
              <w:spacing w:line="240" w:lineRule="auto"/>
              <w:rPr>
                <w:sz w:val="20"/>
                <w:szCs w:val="20"/>
              </w:rPr>
            </w:pPr>
            <w:r w:rsidRPr="00DE0562">
              <w:rPr>
                <w:rFonts w:eastAsia="Times New Roman"/>
                <w:b/>
                <w:sz w:val="20"/>
                <w:szCs w:val="20"/>
              </w:rPr>
              <w:t>Sorumlu Personelin Öğrenci Hakkındaki Nitel Görüş, Öneri ve Kanaati</w:t>
            </w:r>
          </w:p>
        </w:tc>
      </w:tr>
      <w:tr w:rsidR="003C636C" w14:paraId="2F063D1E" w14:textId="77777777" w:rsidTr="00B91C6F">
        <w:trPr>
          <w:cantSplit/>
          <w:trHeight w:hRule="exact" w:val="1077"/>
          <w:jc w:val="center"/>
        </w:trPr>
        <w:tc>
          <w:tcPr>
            <w:tcW w:w="10771" w:type="dxa"/>
            <w:gridSpan w:val="2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48B9A2" w14:textId="135F9089" w:rsidR="003C636C" w:rsidRPr="00DE0562" w:rsidRDefault="003C636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3C636C" w14:paraId="675B6D8C" w14:textId="77777777" w:rsidTr="00530FA7">
        <w:trPr>
          <w:cantSplit/>
          <w:trHeight w:val="272"/>
          <w:jc w:val="center"/>
        </w:trPr>
        <w:tc>
          <w:tcPr>
            <w:tcW w:w="5385" w:type="dxa"/>
            <w:shd w:val="clear" w:color="auto" w:fill="B8CCE4" w:themeFill="accent1" w:themeFillTint="6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636365" w14:textId="77777777" w:rsidR="003C636C" w:rsidRPr="00DE0562" w:rsidRDefault="00C111B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DE0562">
              <w:rPr>
                <w:rFonts w:eastAsia="Times New Roman"/>
                <w:b/>
                <w:sz w:val="20"/>
                <w:szCs w:val="20"/>
              </w:rPr>
              <w:t>DEĞERLENDİREN SAĞLIK PERSONELİ</w:t>
            </w:r>
          </w:p>
        </w:tc>
        <w:tc>
          <w:tcPr>
            <w:tcW w:w="5386" w:type="dxa"/>
            <w:shd w:val="clear" w:color="auto" w:fill="B8CCE4" w:themeFill="accent1" w:themeFillTint="6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E8D5B6" w14:textId="4788DC53" w:rsidR="003C636C" w:rsidRPr="00DE0562" w:rsidRDefault="00C111BA" w:rsidP="004D67B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DE0562">
              <w:rPr>
                <w:rFonts w:eastAsia="Times New Roman"/>
                <w:b/>
                <w:sz w:val="20"/>
                <w:szCs w:val="20"/>
              </w:rPr>
              <w:t xml:space="preserve">UYGULAMA </w:t>
            </w:r>
            <w:r w:rsidR="004D67B2">
              <w:rPr>
                <w:rFonts w:eastAsia="Times New Roman"/>
                <w:b/>
                <w:sz w:val="20"/>
                <w:szCs w:val="20"/>
              </w:rPr>
              <w:t>SORUMLU ÖĞRETİM ELEMANI</w:t>
            </w:r>
          </w:p>
        </w:tc>
      </w:tr>
      <w:tr w:rsidR="003C636C" w14:paraId="477003DE" w14:textId="77777777" w:rsidTr="00530FA7">
        <w:trPr>
          <w:cantSplit/>
          <w:trHeight w:val="272"/>
          <w:jc w:val="center"/>
        </w:trPr>
        <w:tc>
          <w:tcPr>
            <w:tcW w:w="538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868A2C" w14:textId="77777777" w:rsidR="003C636C" w:rsidRPr="00DE0562" w:rsidRDefault="00C111BA">
            <w:pPr>
              <w:spacing w:line="240" w:lineRule="auto"/>
              <w:rPr>
                <w:sz w:val="20"/>
                <w:szCs w:val="20"/>
              </w:rPr>
            </w:pPr>
            <w:r w:rsidRPr="00DE0562">
              <w:rPr>
                <w:rFonts w:eastAsia="Times New Roman"/>
                <w:sz w:val="20"/>
                <w:szCs w:val="20"/>
              </w:rPr>
              <w:t>Unvanı / Adı Soyadı:</w:t>
            </w:r>
          </w:p>
        </w:tc>
        <w:tc>
          <w:tcPr>
            <w:tcW w:w="5386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6F8C8D" w14:textId="40CA88B2" w:rsidR="003C636C" w:rsidRPr="00DE0562" w:rsidRDefault="00123050">
            <w:pPr>
              <w:spacing w:line="240" w:lineRule="auto"/>
              <w:rPr>
                <w:sz w:val="20"/>
                <w:szCs w:val="20"/>
              </w:rPr>
            </w:pPr>
            <w:r w:rsidRPr="00DE0562">
              <w:rPr>
                <w:rFonts w:eastAsia="Times New Roman"/>
                <w:sz w:val="20"/>
                <w:szCs w:val="20"/>
              </w:rPr>
              <w:t>Unvanı / Adı Soyadı:</w:t>
            </w:r>
          </w:p>
        </w:tc>
      </w:tr>
      <w:tr w:rsidR="003C636C" w14:paraId="401AB20F" w14:textId="77777777" w:rsidTr="00530FA7">
        <w:trPr>
          <w:cantSplit/>
          <w:trHeight w:val="272"/>
          <w:jc w:val="center"/>
        </w:trPr>
        <w:tc>
          <w:tcPr>
            <w:tcW w:w="538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514539" w14:textId="77777777" w:rsidR="003C636C" w:rsidRPr="00DE0562" w:rsidRDefault="00C111BA">
            <w:pPr>
              <w:spacing w:line="240" w:lineRule="auto"/>
              <w:rPr>
                <w:sz w:val="20"/>
                <w:szCs w:val="20"/>
              </w:rPr>
            </w:pPr>
            <w:r w:rsidRPr="00DE0562">
              <w:rPr>
                <w:rFonts w:eastAsia="Times New Roman"/>
                <w:sz w:val="20"/>
                <w:szCs w:val="20"/>
              </w:rPr>
              <w:t>Tarih: __/__/20__</w:t>
            </w:r>
          </w:p>
        </w:tc>
        <w:tc>
          <w:tcPr>
            <w:tcW w:w="5386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D972EC" w14:textId="77777777" w:rsidR="003C636C" w:rsidRPr="00DE0562" w:rsidRDefault="00C111BA">
            <w:pPr>
              <w:spacing w:line="240" w:lineRule="auto"/>
              <w:rPr>
                <w:sz w:val="20"/>
                <w:szCs w:val="20"/>
              </w:rPr>
            </w:pPr>
            <w:r w:rsidRPr="00DE0562">
              <w:rPr>
                <w:rFonts w:eastAsia="Times New Roman"/>
                <w:sz w:val="20"/>
                <w:szCs w:val="20"/>
              </w:rPr>
              <w:t>Onay Tarihi: __/__/20__</w:t>
            </w:r>
          </w:p>
        </w:tc>
      </w:tr>
      <w:tr w:rsidR="003C636C" w14:paraId="4AAB2814" w14:textId="77777777" w:rsidTr="00530FA7">
        <w:trPr>
          <w:cantSplit/>
          <w:trHeight w:hRule="exact" w:val="510"/>
          <w:jc w:val="center"/>
        </w:trPr>
        <w:tc>
          <w:tcPr>
            <w:tcW w:w="5385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2DB99F" w14:textId="77777777" w:rsidR="003C636C" w:rsidRPr="00DE0562" w:rsidRDefault="00C111B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DE0562">
              <w:rPr>
                <w:rFonts w:eastAsia="Times New Roman"/>
                <w:b/>
                <w:sz w:val="20"/>
                <w:szCs w:val="20"/>
              </w:rPr>
              <w:t>Kaşe / İmza</w:t>
            </w:r>
          </w:p>
        </w:tc>
        <w:tc>
          <w:tcPr>
            <w:tcW w:w="5386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36F03E" w14:textId="77777777" w:rsidR="003C636C" w:rsidRPr="00DE0562" w:rsidRDefault="00C111B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DE0562">
              <w:rPr>
                <w:rFonts w:eastAsia="Times New Roman"/>
                <w:b/>
                <w:sz w:val="20"/>
                <w:szCs w:val="20"/>
              </w:rPr>
              <w:t>İmza</w:t>
            </w:r>
          </w:p>
        </w:tc>
      </w:tr>
    </w:tbl>
    <w:p w14:paraId="232D71E4" w14:textId="77777777" w:rsidR="00803D78" w:rsidRDefault="00803D78"/>
    <w:sectPr w:rsidR="00803D78" w:rsidSect="00B91C6F">
      <w:headerReference w:type="default" r:id="rId8"/>
      <w:footerReference w:type="default" r:id="rId9"/>
      <w:pgSz w:w="11906" w:h="16838"/>
      <w:pgMar w:top="2013" w:right="567" w:bottom="935" w:left="56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33F353" w14:textId="77777777" w:rsidR="004C0643" w:rsidRDefault="004C0643">
      <w:pPr>
        <w:spacing w:line="240" w:lineRule="auto"/>
      </w:pPr>
      <w:r>
        <w:separator/>
      </w:r>
    </w:p>
  </w:endnote>
  <w:endnote w:type="continuationSeparator" w:id="0">
    <w:p w14:paraId="644687FC" w14:textId="77777777" w:rsidR="004C0643" w:rsidRDefault="004C06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7030B" w14:textId="77777777" w:rsidR="003C636C" w:rsidRDefault="003C636C">
    <w:pPr>
      <w:pStyle w:val="AltBilgi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590"/>
      <w:gridCol w:w="3590"/>
      <w:gridCol w:w="3590"/>
    </w:tblGrid>
    <w:tr w:rsidR="003C636C" w14:paraId="468B3205" w14:textId="77777777" w:rsidTr="00B91C6F">
      <w:trPr>
        <w:trHeight w:hRule="exact" w:val="737"/>
        <w:jc w:val="center"/>
      </w:trPr>
      <w:tc>
        <w:tcPr>
          <w:tcW w:w="3590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tcMar>
            <w:top w:w="70" w:type="dxa"/>
            <w:left w:w="75" w:type="dxa"/>
            <w:bottom w:w="70" w:type="dxa"/>
            <w:right w:w="75" w:type="dxa"/>
          </w:tcMar>
        </w:tcPr>
        <w:p w14:paraId="197C927E" w14:textId="77777777" w:rsidR="003C636C" w:rsidRPr="00B91C6F" w:rsidRDefault="00C111BA" w:rsidP="00B91C6F">
          <w:pPr>
            <w:spacing w:line="240" w:lineRule="auto"/>
            <w:jc w:val="center"/>
            <w:rPr>
              <w:sz w:val="20"/>
            </w:rPr>
          </w:pPr>
          <w:r w:rsidRPr="00B91C6F">
            <w:rPr>
              <w:rFonts w:eastAsia="Times New Roman"/>
              <w:b/>
              <w:sz w:val="20"/>
            </w:rPr>
            <w:t>HAZIRLAYAN</w:t>
          </w:r>
        </w:p>
      </w:tc>
      <w:tc>
        <w:tcPr>
          <w:tcW w:w="3590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tcMar>
            <w:top w:w="70" w:type="dxa"/>
            <w:left w:w="75" w:type="dxa"/>
            <w:bottom w:w="70" w:type="dxa"/>
            <w:right w:w="75" w:type="dxa"/>
          </w:tcMar>
        </w:tcPr>
        <w:p w14:paraId="5B0CA8EA" w14:textId="77777777" w:rsidR="003C636C" w:rsidRPr="00B91C6F" w:rsidRDefault="00C111BA" w:rsidP="00B91C6F">
          <w:pPr>
            <w:spacing w:line="240" w:lineRule="auto"/>
            <w:jc w:val="center"/>
            <w:rPr>
              <w:sz w:val="20"/>
            </w:rPr>
          </w:pPr>
          <w:r w:rsidRPr="00B91C6F">
            <w:rPr>
              <w:rFonts w:eastAsia="Times New Roman"/>
              <w:b/>
              <w:sz w:val="20"/>
            </w:rPr>
            <w:t>KONTROL EDEN</w:t>
          </w:r>
        </w:p>
      </w:tc>
      <w:tc>
        <w:tcPr>
          <w:tcW w:w="3590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tcMar>
            <w:top w:w="70" w:type="dxa"/>
            <w:left w:w="75" w:type="dxa"/>
            <w:bottom w:w="70" w:type="dxa"/>
            <w:right w:w="75" w:type="dxa"/>
          </w:tcMar>
        </w:tcPr>
        <w:p w14:paraId="0FB8FB3E" w14:textId="77777777" w:rsidR="003C636C" w:rsidRPr="00B91C6F" w:rsidRDefault="00C111BA" w:rsidP="00B91C6F">
          <w:pPr>
            <w:spacing w:line="240" w:lineRule="auto"/>
            <w:jc w:val="center"/>
            <w:rPr>
              <w:sz w:val="20"/>
            </w:rPr>
          </w:pPr>
          <w:r w:rsidRPr="00B91C6F">
            <w:rPr>
              <w:rFonts w:eastAsia="Times New Roman"/>
              <w:b/>
              <w:sz w:val="20"/>
            </w:rPr>
            <w:t>ONAYLAYAN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49D52B" w14:textId="77777777" w:rsidR="004C0643" w:rsidRDefault="004C0643">
      <w:pPr>
        <w:spacing w:line="240" w:lineRule="auto"/>
      </w:pPr>
      <w:r>
        <w:separator/>
      </w:r>
    </w:p>
  </w:footnote>
  <w:footnote w:type="continuationSeparator" w:id="0">
    <w:p w14:paraId="0F6FA382" w14:textId="77777777" w:rsidR="004C0643" w:rsidRDefault="004C06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74"/>
      <w:gridCol w:w="5782"/>
      <w:gridCol w:w="1700"/>
      <w:gridCol w:w="226"/>
      <w:gridCol w:w="1587"/>
    </w:tblGrid>
    <w:tr w:rsidR="003C636C" w14:paraId="3AEE9878" w14:textId="77777777" w:rsidTr="00B91C6F">
      <w:trPr>
        <w:cantSplit/>
        <w:trHeight w:val="113"/>
        <w:jc w:val="center"/>
      </w:trPr>
      <w:tc>
        <w:tcPr>
          <w:tcW w:w="1474" w:type="dxa"/>
          <w:vMerge w:val="restart"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2C732BB1" w14:textId="77777777" w:rsidR="003C636C" w:rsidRPr="00DE0562" w:rsidRDefault="00C111BA" w:rsidP="00B91C6F">
          <w:pPr>
            <w:rPr>
              <w:sz w:val="20"/>
              <w:szCs w:val="20"/>
            </w:rPr>
          </w:pPr>
          <w:r w:rsidRPr="00DE0562">
            <w:rPr>
              <w:noProof/>
              <w:sz w:val="20"/>
              <w:szCs w:val="20"/>
              <w:lang w:val="tr-TR" w:eastAsia="tr-TR"/>
            </w:rPr>
            <w:drawing>
              <wp:anchor distT="0" distB="0" distL="114300" distR="114300" simplePos="0" relativeHeight="251659776" behindDoc="0" locked="0" layoutInCell="1" allowOverlap="1" wp14:anchorId="71A8352C" wp14:editId="5E4E5E1A">
                <wp:simplePos x="0" y="0"/>
                <wp:positionH relativeFrom="column">
                  <wp:posOffset>88900</wp:posOffset>
                </wp:positionH>
                <wp:positionV relativeFrom="paragraph">
                  <wp:posOffset>14605</wp:posOffset>
                </wp:positionV>
                <wp:extent cx="701675" cy="781050"/>
                <wp:effectExtent l="0" t="0" r="3175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1675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82" w:type="dxa"/>
          <w:vMerge w:val="restart"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5A805C9F" w14:textId="77777777" w:rsidR="00B91C6F" w:rsidRDefault="00B91C6F" w:rsidP="00B91C6F">
          <w:pPr>
            <w:spacing w:after="60"/>
            <w:jc w:val="center"/>
            <w:rPr>
              <w:rFonts w:eastAsia="Times New Roman"/>
              <w:b/>
              <w:sz w:val="22"/>
            </w:rPr>
          </w:pPr>
          <w:r>
            <w:rPr>
              <w:rFonts w:eastAsia="Times New Roman"/>
              <w:b/>
              <w:sz w:val="22"/>
            </w:rPr>
            <w:t>BATMAN ÜNİVERSİTESİ</w:t>
          </w:r>
          <w:r>
            <w:rPr>
              <w:rFonts w:eastAsia="Times New Roman"/>
              <w:b/>
              <w:sz w:val="22"/>
            </w:rPr>
            <w:br/>
            <w:t>SAĞLIK HİZMETLERİ MESLEK YÜKSEKOKULU</w:t>
          </w:r>
        </w:p>
        <w:p w14:paraId="595FF2A0" w14:textId="1807F6AD" w:rsidR="003C636C" w:rsidRPr="00DE0562" w:rsidRDefault="00B91C6F" w:rsidP="00B91C6F">
          <w:pPr>
            <w:jc w:val="center"/>
            <w:rPr>
              <w:sz w:val="20"/>
              <w:szCs w:val="20"/>
            </w:rPr>
          </w:pPr>
          <w:r w:rsidRPr="004D67B2">
            <w:rPr>
              <w:rFonts w:eastAsia="Times New Roman"/>
              <w:b/>
              <w:sz w:val="22"/>
              <w:szCs w:val="20"/>
            </w:rPr>
            <w:t xml:space="preserve">HASTANE UYGULAMASI TAKIP VE DEĞERLENDIRME FORMU </w:t>
          </w:r>
          <w:r>
            <w:rPr>
              <w:rFonts w:eastAsia="Times New Roman"/>
              <w:b/>
              <w:sz w:val="22"/>
              <w:szCs w:val="20"/>
            </w:rPr>
            <w:t>(PERSONEL)</w:t>
          </w:r>
        </w:p>
      </w:tc>
      <w:tc>
        <w:tcPr>
          <w:tcW w:w="1700" w:type="dxa"/>
          <w:tcBorders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50EBCF59" w14:textId="77777777" w:rsidR="003C636C" w:rsidRPr="00DE0562" w:rsidRDefault="00C111BA" w:rsidP="00B91C6F">
          <w:pPr>
            <w:spacing w:line="240" w:lineRule="auto"/>
            <w:rPr>
              <w:sz w:val="20"/>
              <w:szCs w:val="20"/>
            </w:rPr>
          </w:pPr>
          <w:r w:rsidRPr="00DE0562">
            <w:rPr>
              <w:rFonts w:eastAsia="Times New Roman"/>
              <w:sz w:val="20"/>
              <w:szCs w:val="20"/>
            </w:rPr>
            <w:t>Doküman No</w:t>
          </w:r>
        </w:p>
      </w:tc>
      <w:tc>
        <w:tcPr>
          <w:tcW w:w="226" w:type="dxa"/>
          <w:tcBorders>
            <w:left w:val="nil"/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017E6067" w14:textId="77777777" w:rsidR="003C636C" w:rsidRPr="00DE0562" w:rsidRDefault="00C111BA" w:rsidP="00B91C6F">
          <w:pPr>
            <w:spacing w:line="240" w:lineRule="auto"/>
            <w:jc w:val="center"/>
            <w:rPr>
              <w:sz w:val="20"/>
              <w:szCs w:val="20"/>
            </w:rPr>
          </w:pPr>
          <w:r w:rsidRPr="00DE0562">
            <w:rPr>
              <w:rFonts w:eastAsia="Times New Roman"/>
              <w:sz w:val="20"/>
              <w:szCs w:val="20"/>
            </w:rPr>
            <w:t>:</w:t>
          </w:r>
        </w:p>
      </w:tc>
      <w:tc>
        <w:tcPr>
          <w:tcW w:w="1587" w:type="dxa"/>
          <w:tcBorders>
            <w:lef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68450570" w14:textId="3772BA68" w:rsidR="003C636C" w:rsidRPr="00DE0562" w:rsidRDefault="00B91C6F" w:rsidP="00B91C6F">
          <w:pPr>
            <w:spacing w:line="240" w:lineRule="auto"/>
            <w:rPr>
              <w:sz w:val="20"/>
              <w:szCs w:val="20"/>
            </w:rPr>
          </w:pPr>
          <w:r>
            <w:rPr>
              <w:rFonts w:eastAsia="Times New Roman"/>
              <w:sz w:val="20"/>
              <w:szCs w:val="20"/>
            </w:rPr>
            <w:t>FR-557</w:t>
          </w:r>
        </w:p>
      </w:tc>
    </w:tr>
    <w:tr w:rsidR="003C636C" w14:paraId="137D5978" w14:textId="77777777" w:rsidTr="00B91C6F">
      <w:trPr>
        <w:cantSplit/>
        <w:trHeight w:val="113"/>
        <w:jc w:val="center"/>
      </w:trPr>
      <w:tc>
        <w:tcPr>
          <w:tcW w:w="1474" w:type="dxa"/>
          <w:vMerge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6E5BFF6B" w14:textId="77777777" w:rsidR="003C636C" w:rsidRPr="00DE0562" w:rsidRDefault="003C636C">
          <w:pPr>
            <w:rPr>
              <w:sz w:val="20"/>
              <w:szCs w:val="20"/>
            </w:rPr>
          </w:pPr>
        </w:p>
      </w:tc>
      <w:tc>
        <w:tcPr>
          <w:tcW w:w="5782" w:type="dxa"/>
          <w:vMerge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5A62A52E" w14:textId="77777777" w:rsidR="003C636C" w:rsidRPr="00DE0562" w:rsidRDefault="003C636C">
          <w:pPr>
            <w:rPr>
              <w:sz w:val="20"/>
              <w:szCs w:val="20"/>
            </w:rPr>
          </w:pPr>
        </w:p>
      </w:tc>
      <w:tc>
        <w:tcPr>
          <w:tcW w:w="1700" w:type="dxa"/>
          <w:tcBorders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1567B28D" w14:textId="77777777" w:rsidR="003C636C" w:rsidRPr="00DE0562" w:rsidRDefault="00C111BA" w:rsidP="00B91C6F">
          <w:pPr>
            <w:spacing w:line="240" w:lineRule="auto"/>
            <w:rPr>
              <w:sz w:val="20"/>
              <w:szCs w:val="20"/>
            </w:rPr>
          </w:pPr>
          <w:r w:rsidRPr="00DE0562">
            <w:rPr>
              <w:rFonts w:eastAsia="Times New Roman"/>
              <w:sz w:val="20"/>
              <w:szCs w:val="20"/>
            </w:rPr>
            <w:t>İlk Yayın Tarihi</w:t>
          </w:r>
        </w:p>
      </w:tc>
      <w:tc>
        <w:tcPr>
          <w:tcW w:w="226" w:type="dxa"/>
          <w:tcBorders>
            <w:left w:val="nil"/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463980B9" w14:textId="77777777" w:rsidR="003C636C" w:rsidRPr="00DE0562" w:rsidRDefault="00C111BA" w:rsidP="00B91C6F">
          <w:pPr>
            <w:spacing w:line="240" w:lineRule="auto"/>
            <w:jc w:val="center"/>
            <w:rPr>
              <w:sz w:val="20"/>
              <w:szCs w:val="20"/>
            </w:rPr>
          </w:pPr>
          <w:r w:rsidRPr="00DE0562">
            <w:rPr>
              <w:rFonts w:eastAsia="Times New Roman"/>
              <w:sz w:val="20"/>
              <w:szCs w:val="20"/>
            </w:rPr>
            <w:t>:</w:t>
          </w:r>
        </w:p>
      </w:tc>
      <w:tc>
        <w:tcPr>
          <w:tcW w:w="1587" w:type="dxa"/>
          <w:tcBorders>
            <w:lef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270C0736" w14:textId="43CFD766" w:rsidR="003C636C" w:rsidRPr="00DE0562" w:rsidRDefault="00B91C6F" w:rsidP="00B91C6F">
          <w:pPr>
            <w:spacing w:line="24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t>28.09.2026</w:t>
          </w:r>
        </w:p>
      </w:tc>
    </w:tr>
    <w:tr w:rsidR="003C636C" w14:paraId="6621B78A" w14:textId="77777777" w:rsidTr="00B91C6F">
      <w:trPr>
        <w:cantSplit/>
        <w:trHeight w:val="113"/>
        <w:jc w:val="center"/>
      </w:trPr>
      <w:tc>
        <w:tcPr>
          <w:tcW w:w="1474" w:type="dxa"/>
          <w:vMerge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4ADE0292" w14:textId="77777777" w:rsidR="003C636C" w:rsidRPr="00DE0562" w:rsidRDefault="003C636C">
          <w:pPr>
            <w:rPr>
              <w:sz w:val="20"/>
              <w:szCs w:val="20"/>
            </w:rPr>
          </w:pPr>
        </w:p>
      </w:tc>
      <w:tc>
        <w:tcPr>
          <w:tcW w:w="5782" w:type="dxa"/>
          <w:vMerge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42157ACC" w14:textId="77777777" w:rsidR="003C636C" w:rsidRPr="00DE0562" w:rsidRDefault="003C636C">
          <w:pPr>
            <w:rPr>
              <w:sz w:val="20"/>
              <w:szCs w:val="20"/>
            </w:rPr>
          </w:pPr>
        </w:p>
      </w:tc>
      <w:tc>
        <w:tcPr>
          <w:tcW w:w="1700" w:type="dxa"/>
          <w:tcBorders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4D14C331" w14:textId="77777777" w:rsidR="003C636C" w:rsidRPr="00DE0562" w:rsidRDefault="00C111BA" w:rsidP="00B91C6F">
          <w:pPr>
            <w:spacing w:line="240" w:lineRule="auto"/>
            <w:rPr>
              <w:sz w:val="20"/>
              <w:szCs w:val="20"/>
            </w:rPr>
          </w:pPr>
          <w:r w:rsidRPr="00DE0562">
            <w:rPr>
              <w:rFonts w:eastAsia="Times New Roman"/>
              <w:sz w:val="20"/>
              <w:szCs w:val="20"/>
            </w:rPr>
            <w:t>Revizyon Tarihi</w:t>
          </w:r>
        </w:p>
      </w:tc>
      <w:tc>
        <w:tcPr>
          <w:tcW w:w="226" w:type="dxa"/>
          <w:tcBorders>
            <w:left w:val="nil"/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30911BE6" w14:textId="77777777" w:rsidR="003C636C" w:rsidRPr="00DE0562" w:rsidRDefault="00C111BA" w:rsidP="00B91C6F">
          <w:pPr>
            <w:spacing w:line="240" w:lineRule="auto"/>
            <w:jc w:val="center"/>
            <w:rPr>
              <w:sz w:val="20"/>
              <w:szCs w:val="20"/>
            </w:rPr>
          </w:pPr>
          <w:r w:rsidRPr="00DE0562">
            <w:rPr>
              <w:rFonts w:eastAsia="Times New Roman"/>
              <w:sz w:val="20"/>
              <w:szCs w:val="20"/>
            </w:rPr>
            <w:t>:</w:t>
          </w:r>
        </w:p>
      </w:tc>
      <w:tc>
        <w:tcPr>
          <w:tcW w:w="1587" w:type="dxa"/>
          <w:tcBorders>
            <w:lef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49E80C03" w14:textId="07A8E66D" w:rsidR="003C636C" w:rsidRPr="00DE0562" w:rsidRDefault="003C636C" w:rsidP="00B91C6F">
          <w:pPr>
            <w:spacing w:line="240" w:lineRule="auto"/>
            <w:rPr>
              <w:sz w:val="20"/>
              <w:szCs w:val="20"/>
            </w:rPr>
          </w:pPr>
        </w:p>
      </w:tc>
    </w:tr>
    <w:tr w:rsidR="003C636C" w14:paraId="2AD245AF" w14:textId="77777777" w:rsidTr="00B91C6F">
      <w:trPr>
        <w:cantSplit/>
        <w:trHeight w:val="113"/>
        <w:jc w:val="center"/>
      </w:trPr>
      <w:tc>
        <w:tcPr>
          <w:tcW w:w="1474" w:type="dxa"/>
          <w:vMerge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368B0AEA" w14:textId="77777777" w:rsidR="003C636C" w:rsidRPr="00DE0562" w:rsidRDefault="003C636C">
          <w:pPr>
            <w:rPr>
              <w:sz w:val="20"/>
              <w:szCs w:val="20"/>
            </w:rPr>
          </w:pPr>
        </w:p>
      </w:tc>
      <w:tc>
        <w:tcPr>
          <w:tcW w:w="5782" w:type="dxa"/>
          <w:vMerge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0F2E8E6C" w14:textId="77777777" w:rsidR="003C636C" w:rsidRPr="00DE0562" w:rsidRDefault="003C636C">
          <w:pPr>
            <w:rPr>
              <w:sz w:val="20"/>
              <w:szCs w:val="20"/>
            </w:rPr>
          </w:pPr>
        </w:p>
      </w:tc>
      <w:tc>
        <w:tcPr>
          <w:tcW w:w="1700" w:type="dxa"/>
          <w:tcBorders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081A8FCB" w14:textId="77777777" w:rsidR="003C636C" w:rsidRPr="00DE0562" w:rsidRDefault="00C111BA" w:rsidP="00B91C6F">
          <w:pPr>
            <w:spacing w:line="240" w:lineRule="auto"/>
            <w:rPr>
              <w:sz w:val="20"/>
              <w:szCs w:val="20"/>
            </w:rPr>
          </w:pPr>
          <w:r w:rsidRPr="00DE0562">
            <w:rPr>
              <w:rFonts w:eastAsia="Times New Roman"/>
              <w:sz w:val="20"/>
              <w:szCs w:val="20"/>
            </w:rPr>
            <w:t>Revizyon No</w:t>
          </w:r>
        </w:p>
      </w:tc>
      <w:tc>
        <w:tcPr>
          <w:tcW w:w="226" w:type="dxa"/>
          <w:tcBorders>
            <w:left w:val="nil"/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7E0B07F4" w14:textId="77777777" w:rsidR="003C636C" w:rsidRPr="00DE0562" w:rsidRDefault="00C111BA" w:rsidP="00B91C6F">
          <w:pPr>
            <w:spacing w:line="240" w:lineRule="auto"/>
            <w:jc w:val="center"/>
            <w:rPr>
              <w:sz w:val="20"/>
              <w:szCs w:val="20"/>
            </w:rPr>
          </w:pPr>
          <w:r w:rsidRPr="00DE0562">
            <w:rPr>
              <w:rFonts w:eastAsia="Times New Roman"/>
              <w:sz w:val="20"/>
              <w:szCs w:val="20"/>
            </w:rPr>
            <w:t>:</w:t>
          </w:r>
        </w:p>
      </w:tc>
      <w:tc>
        <w:tcPr>
          <w:tcW w:w="1587" w:type="dxa"/>
          <w:tcBorders>
            <w:lef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083D181A" w14:textId="75D7AB9B" w:rsidR="003C636C" w:rsidRPr="00DE0562" w:rsidRDefault="00B91C6F" w:rsidP="00B91C6F">
          <w:pPr>
            <w:spacing w:line="24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t>00</w:t>
          </w:r>
        </w:p>
      </w:tc>
    </w:tr>
    <w:tr w:rsidR="003C636C" w14:paraId="38901820" w14:textId="77777777" w:rsidTr="00B91C6F">
      <w:trPr>
        <w:cantSplit/>
        <w:trHeight w:val="113"/>
        <w:jc w:val="center"/>
      </w:trPr>
      <w:tc>
        <w:tcPr>
          <w:tcW w:w="1474" w:type="dxa"/>
          <w:vMerge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5FC812CE" w14:textId="77777777" w:rsidR="003C636C" w:rsidRPr="00DE0562" w:rsidRDefault="003C636C">
          <w:pPr>
            <w:rPr>
              <w:sz w:val="20"/>
              <w:szCs w:val="20"/>
            </w:rPr>
          </w:pPr>
        </w:p>
      </w:tc>
      <w:tc>
        <w:tcPr>
          <w:tcW w:w="5782" w:type="dxa"/>
          <w:vMerge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19864693" w14:textId="77777777" w:rsidR="003C636C" w:rsidRPr="00DE0562" w:rsidRDefault="003C636C">
          <w:pPr>
            <w:rPr>
              <w:sz w:val="20"/>
              <w:szCs w:val="20"/>
            </w:rPr>
          </w:pPr>
        </w:p>
      </w:tc>
      <w:tc>
        <w:tcPr>
          <w:tcW w:w="1700" w:type="dxa"/>
          <w:tcBorders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4F4E31CB" w14:textId="77777777" w:rsidR="003C636C" w:rsidRPr="00DE0562" w:rsidRDefault="00C111BA" w:rsidP="00B91C6F">
          <w:pPr>
            <w:spacing w:line="240" w:lineRule="auto"/>
            <w:rPr>
              <w:sz w:val="20"/>
              <w:szCs w:val="20"/>
            </w:rPr>
          </w:pPr>
          <w:r w:rsidRPr="00DE0562">
            <w:rPr>
              <w:rFonts w:eastAsia="Times New Roman"/>
              <w:sz w:val="20"/>
              <w:szCs w:val="20"/>
            </w:rPr>
            <w:t>Sayfa No</w:t>
          </w:r>
        </w:p>
      </w:tc>
      <w:tc>
        <w:tcPr>
          <w:tcW w:w="226" w:type="dxa"/>
          <w:tcBorders>
            <w:left w:val="nil"/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05D92206" w14:textId="77777777" w:rsidR="003C636C" w:rsidRPr="00DE0562" w:rsidRDefault="00C111BA" w:rsidP="00B91C6F">
          <w:pPr>
            <w:spacing w:line="240" w:lineRule="auto"/>
            <w:jc w:val="center"/>
            <w:rPr>
              <w:sz w:val="20"/>
              <w:szCs w:val="20"/>
            </w:rPr>
          </w:pPr>
          <w:r w:rsidRPr="00DE0562">
            <w:rPr>
              <w:rFonts w:eastAsia="Times New Roman"/>
              <w:sz w:val="20"/>
              <w:szCs w:val="20"/>
            </w:rPr>
            <w:t>:</w:t>
          </w:r>
        </w:p>
      </w:tc>
      <w:tc>
        <w:tcPr>
          <w:tcW w:w="1587" w:type="dxa"/>
          <w:tcBorders>
            <w:left w:val="nil"/>
          </w:tcBorders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75FAFB85" w14:textId="6A04F46F" w:rsidR="003C636C" w:rsidRPr="00DE0562" w:rsidRDefault="00C111BA" w:rsidP="00B91C6F">
          <w:pPr>
            <w:spacing w:line="240" w:lineRule="auto"/>
            <w:rPr>
              <w:sz w:val="20"/>
              <w:szCs w:val="20"/>
            </w:rPr>
          </w:pPr>
          <w:r w:rsidRPr="00DE0562">
            <w:rPr>
              <w:sz w:val="20"/>
              <w:szCs w:val="20"/>
            </w:rPr>
            <w:fldChar w:fldCharType="begin"/>
          </w:r>
          <w:r w:rsidRPr="00DE0562">
            <w:rPr>
              <w:sz w:val="20"/>
              <w:szCs w:val="20"/>
            </w:rPr>
            <w:instrText>PAGE</w:instrText>
          </w:r>
          <w:r w:rsidRPr="00DE0562">
            <w:rPr>
              <w:sz w:val="20"/>
              <w:szCs w:val="20"/>
            </w:rPr>
            <w:fldChar w:fldCharType="separate"/>
          </w:r>
          <w:r w:rsidR="00B91C6F">
            <w:rPr>
              <w:noProof/>
              <w:sz w:val="20"/>
              <w:szCs w:val="20"/>
            </w:rPr>
            <w:t>1</w:t>
          </w:r>
          <w:r w:rsidRPr="00DE0562">
            <w:rPr>
              <w:sz w:val="20"/>
              <w:szCs w:val="20"/>
            </w:rPr>
            <w:fldChar w:fldCharType="end"/>
          </w:r>
          <w:r w:rsidRPr="00DE0562">
            <w:rPr>
              <w:rFonts w:eastAsia="Times New Roman"/>
              <w:sz w:val="20"/>
              <w:szCs w:val="20"/>
            </w:rPr>
            <w:t xml:space="preserve"> / </w:t>
          </w:r>
          <w:r w:rsidRPr="00DE0562">
            <w:rPr>
              <w:sz w:val="20"/>
              <w:szCs w:val="20"/>
            </w:rPr>
            <w:fldChar w:fldCharType="begin"/>
          </w:r>
          <w:r w:rsidRPr="00DE0562">
            <w:rPr>
              <w:sz w:val="20"/>
              <w:szCs w:val="20"/>
            </w:rPr>
            <w:instrText>NUMPAGES</w:instrText>
          </w:r>
          <w:r w:rsidRPr="00DE0562">
            <w:rPr>
              <w:sz w:val="20"/>
              <w:szCs w:val="20"/>
            </w:rPr>
            <w:fldChar w:fldCharType="separate"/>
          </w:r>
          <w:r w:rsidR="00B91C6F">
            <w:rPr>
              <w:noProof/>
              <w:sz w:val="20"/>
              <w:szCs w:val="20"/>
            </w:rPr>
            <w:t>1</w:t>
          </w:r>
          <w:r w:rsidRPr="00DE0562">
            <w:rPr>
              <w:sz w:val="20"/>
              <w:szCs w:val="20"/>
            </w:rP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357F"/>
    <w:rsid w:val="0006063C"/>
    <w:rsid w:val="00082F2F"/>
    <w:rsid w:val="00095A75"/>
    <w:rsid w:val="00106D84"/>
    <w:rsid w:val="00123050"/>
    <w:rsid w:val="001461B2"/>
    <w:rsid w:val="0015074B"/>
    <w:rsid w:val="001A73E6"/>
    <w:rsid w:val="0029639D"/>
    <w:rsid w:val="00296F76"/>
    <w:rsid w:val="002C1C7B"/>
    <w:rsid w:val="002C6E9D"/>
    <w:rsid w:val="00326F90"/>
    <w:rsid w:val="003C636C"/>
    <w:rsid w:val="004C0643"/>
    <w:rsid w:val="004D67B2"/>
    <w:rsid w:val="00530FA7"/>
    <w:rsid w:val="005A3B8A"/>
    <w:rsid w:val="00622E7F"/>
    <w:rsid w:val="00656A04"/>
    <w:rsid w:val="006E4A6C"/>
    <w:rsid w:val="007C54D0"/>
    <w:rsid w:val="007D310E"/>
    <w:rsid w:val="007F224C"/>
    <w:rsid w:val="007F431C"/>
    <w:rsid w:val="00803D78"/>
    <w:rsid w:val="008A232D"/>
    <w:rsid w:val="009341EF"/>
    <w:rsid w:val="00AA1D8D"/>
    <w:rsid w:val="00B47730"/>
    <w:rsid w:val="00B82E46"/>
    <w:rsid w:val="00B91C6F"/>
    <w:rsid w:val="00C111BA"/>
    <w:rsid w:val="00C734F0"/>
    <w:rsid w:val="00C90D52"/>
    <w:rsid w:val="00CB0664"/>
    <w:rsid w:val="00CB07A0"/>
    <w:rsid w:val="00D03CC4"/>
    <w:rsid w:val="00D447FC"/>
    <w:rsid w:val="00D87226"/>
    <w:rsid w:val="00D91B71"/>
    <w:rsid w:val="00DA59F1"/>
    <w:rsid w:val="00DE0562"/>
    <w:rsid w:val="00EF16C8"/>
    <w:rsid w:val="00F129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EDA35E1"/>
  <w14:defaultImageDpi w14:val="300"/>
  <w15:docId w15:val="{D33C353A-2955-4E34-832D-0EFFAEDFC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DCEC65-D710-4096-90E2-8A4A53479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Hastane Uygulaması Takip ve Değerlendirme Formu</vt:lpstr>
      <vt:lpstr/>
    </vt:vector>
  </TitlesOfParts>
  <Manager/>
  <Company/>
  <LinksUpToDate>false</LinksUpToDate>
  <CharactersWithSpaces>1257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Hastane Uygulaması Takip ve Değerlendirme Formu</dc:title>
  <dc:subject>Batman Üniversitesi Sağlık Hizmetleri Meslek Yüksekokulu öğrenci hastane uygulaması takip ve değerlendirme formu</dc:subject>
  <dc:creator>Ali BAYRAM</dc:creator>
  <cp:keywords>hastane uygulaması, staj, değerlendirme, öğrenci, sağlık hizmetleri</cp:keywords>
  <dc:description>generated by python-docx</dc:description>
  <cp:lastModifiedBy>Ali Bayram</cp:lastModifiedBy>
  <cp:revision>2</cp:revision>
  <cp:lastPrinted>2026-09-25T12:02:00Z</cp:lastPrinted>
  <dcterms:created xsi:type="dcterms:W3CDTF">2026-09-25T12:43:00Z</dcterms:created>
  <dcterms:modified xsi:type="dcterms:W3CDTF">2026-09-25T12:43:00Z</dcterms:modified>
  <cp:category/>
</cp:coreProperties>
</file>